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8EF9" w14:textId="77777777" w:rsidR="0049758B" w:rsidRPr="00A93763" w:rsidRDefault="00735651">
      <w:pPr>
        <w:pStyle w:val="1"/>
        <w:jc w:val="center"/>
        <w:rPr>
          <w:color w:val="auto"/>
          <w:sz w:val="24"/>
          <w:szCs w:val="24"/>
        </w:rPr>
      </w:pPr>
      <w:r w:rsidRPr="00A93763">
        <w:rPr>
          <w:color w:val="auto"/>
          <w:sz w:val="24"/>
          <w:szCs w:val="24"/>
        </w:rPr>
        <w:t>Інформація про матч</w:t>
      </w:r>
    </w:p>
    <w:p w14:paraId="088BCE29" w14:textId="77777777" w:rsidR="0049758B" w:rsidRPr="00A93763" w:rsidRDefault="00735651">
      <w:pPr>
        <w:rPr>
          <w:sz w:val="24"/>
          <w:szCs w:val="24"/>
        </w:rPr>
      </w:pPr>
      <w:r w:rsidRPr="00A93763">
        <w:rPr>
          <w:sz w:val="24"/>
          <w:szCs w:val="24"/>
        </w:rPr>
        <w:t>Назва матчу: PRS Summer 2025, м.Тиврів, ССК 'СОКІЛ'</w:t>
      </w:r>
    </w:p>
    <w:p w14:paraId="7670BD5A" w14:textId="77777777" w:rsidR="0049758B" w:rsidRPr="00A93763" w:rsidRDefault="00735651">
      <w:pPr>
        <w:rPr>
          <w:sz w:val="24"/>
          <w:szCs w:val="24"/>
          <w:lang w:val="uk-UA"/>
        </w:rPr>
      </w:pPr>
      <w:r w:rsidRPr="00A93763">
        <w:rPr>
          <w:sz w:val="24"/>
          <w:szCs w:val="24"/>
          <w:lang w:val="ru-RU"/>
        </w:rPr>
        <w:t xml:space="preserve">Дата і </w:t>
      </w:r>
      <w:proofErr w:type="spellStart"/>
      <w:r w:rsidRPr="00A93763">
        <w:rPr>
          <w:sz w:val="24"/>
          <w:szCs w:val="24"/>
          <w:lang w:val="ru-RU"/>
        </w:rPr>
        <w:t>місце</w:t>
      </w:r>
      <w:proofErr w:type="spellEnd"/>
      <w:r w:rsidRPr="00A93763">
        <w:rPr>
          <w:sz w:val="24"/>
          <w:szCs w:val="24"/>
          <w:lang w:val="ru-RU"/>
        </w:rPr>
        <w:t>:</w:t>
      </w:r>
      <w:r w:rsidR="001B6EFA" w:rsidRPr="00A93763">
        <w:rPr>
          <w:sz w:val="24"/>
          <w:szCs w:val="24"/>
          <w:lang w:val="uk-UA"/>
        </w:rPr>
        <w:t xml:space="preserve"> 17 серпня 2025 р. стрільбище ССК «СОКІЛ»</w:t>
      </w:r>
    </w:p>
    <w:p w14:paraId="5E1D2A51" w14:textId="77777777" w:rsidR="0049758B" w:rsidRPr="00A93763" w:rsidRDefault="00735651">
      <w:pPr>
        <w:rPr>
          <w:sz w:val="24"/>
          <w:szCs w:val="24"/>
          <w:lang w:val="uk-UA"/>
        </w:rPr>
      </w:pPr>
      <w:r w:rsidRPr="00A93763">
        <w:rPr>
          <w:sz w:val="24"/>
          <w:szCs w:val="24"/>
          <w:lang w:val="uk-UA"/>
        </w:rPr>
        <w:t xml:space="preserve">Клас: </w:t>
      </w:r>
      <w:r w:rsidR="001B6EFA" w:rsidRPr="00A93763">
        <w:rPr>
          <w:sz w:val="24"/>
          <w:szCs w:val="24"/>
          <w:lang w:val="uk-UA"/>
        </w:rPr>
        <w:t xml:space="preserve">гвинтівка з ручним перезаряджанням (відкритий клас), напівавтомат </w:t>
      </w:r>
    </w:p>
    <w:p w14:paraId="1FED52C0" w14:textId="77777777" w:rsidR="0049758B" w:rsidRPr="00A93763" w:rsidRDefault="00735651">
      <w:pPr>
        <w:rPr>
          <w:sz w:val="24"/>
          <w:szCs w:val="24"/>
          <w:lang w:val="ru-RU"/>
        </w:rPr>
      </w:pPr>
      <w:proofErr w:type="spellStart"/>
      <w:r w:rsidRPr="00A93763">
        <w:rPr>
          <w:sz w:val="24"/>
          <w:szCs w:val="24"/>
          <w:lang w:val="ru-RU"/>
        </w:rPr>
        <w:t>Калібр</w:t>
      </w:r>
      <w:proofErr w:type="spellEnd"/>
      <w:r w:rsidRPr="00A93763">
        <w:rPr>
          <w:sz w:val="24"/>
          <w:szCs w:val="24"/>
          <w:lang w:val="ru-RU"/>
        </w:rPr>
        <w:t>: .22</w:t>
      </w:r>
      <w:r w:rsidRPr="00A93763">
        <w:rPr>
          <w:sz w:val="24"/>
          <w:szCs w:val="24"/>
        </w:rPr>
        <w:t>LR</w:t>
      </w:r>
    </w:p>
    <w:p w14:paraId="6E8C43BF" w14:textId="77777777" w:rsidR="0049758B" w:rsidRPr="00A93763" w:rsidRDefault="00735651">
      <w:pPr>
        <w:rPr>
          <w:sz w:val="24"/>
          <w:szCs w:val="24"/>
          <w:lang w:val="ru-RU"/>
        </w:rPr>
      </w:pPr>
      <w:proofErr w:type="spellStart"/>
      <w:r w:rsidRPr="00A93763">
        <w:rPr>
          <w:sz w:val="24"/>
          <w:szCs w:val="24"/>
          <w:lang w:val="ru-RU"/>
        </w:rPr>
        <w:t>Дистанції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від</w:t>
      </w:r>
      <w:proofErr w:type="spellEnd"/>
      <w:r w:rsidRPr="00A93763">
        <w:rPr>
          <w:sz w:val="24"/>
          <w:szCs w:val="24"/>
          <w:lang w:val="ru-RU"/>
        </w:rPr>
        <w:t xml:space="preserve"> 25 до 100 </w:t>
      </w:r>
      <w:proofErr w:type="spellStart"/>
      <w:r w:rsidRPr="00A93763">
        <w:rPr>
          <w:sz w:val="24"/>
          <w:szCs w:val="24"/>
          <w:lang w:val="ru-RU"/>
        </w:rPr>
        <w:t>метрів</w:t>
      </w:r>
      <w:proofErr w:type="spellEnd"/>
    </w:p>
    <w:p w14:paraId="160FF8D7" w14:textId="77777777" w:rsidR="0049758B" w:rsidRPr="00A93763" w:rsidRDefault="00735651">
      <w:pPr>
        <w:rPr>
          <w:sz w:val="24"/>
          <w:szCs w:val="24"/>
          <w:lang w:val="ru-RU"/>
        </w:rPr>
      </w:pPr>
      <w:proofErr w:type="spellStart"/>
      <w:r w:rsidRPr="00A93763">
        <w:rPr>
          <w:sz w:val="24"/>
          <w:szCs w:val="24"/>
          <w:lang w:val="ru-RU"/>
        </w:rPr>
        <w:t>Кількість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</w:t>
      </w:r>
      <w:r w:rsidR="001B6EFA" w:rsidRPr="00A93763">
        <w:rPr>
          <w:sz w:val="24"/>
          <w:szCs w:val="24"/>
          <w:lang w:val="ru-RU"/>
        </w:rPr>
        <w:t xml:space="preserve"> 90,</w:t>
      </w:r>
      <w:r w:rsidRPr="00A93763">
        <w:rPr>
          <w:sz w:val="24"/>
          <w:szCs w:val="24"/>
          <w:lang w:val="ru-RU"/>
        </w:rPr>
        <w:t xml:space="preserve"> </w:t>
      </w:r>
    </w:p>
    <w:p w14:paraId="7DCA0CB8" w14:textId="77777777" w:rsidR="0049758B" w:rsidRPr="00A93763" w:rsidRDefault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Час </w:t>
      </w:r>
      <w:proofErr w:type="spellStart"/>
      <w:r w:rsidRPr="00A93763">
        <w:rPr>
          <w:sz w:val="24"/>
          <w:szCs w:val="24"/>
          <w:lang w:val="ru-RU"/>
        </w:rPr>
        <w:t>відкриття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полігону</w:t>
      </w:r>
      <w:proofErr w:type="spellEnd"/>
      <w:r w:rsidRPr="00A93763">
        <w:rPr>
          <w:sz w:val="24"/>
          <w:szCs w:val="24"/>
          <w:lang w:val="ru-RU"/>
        </w:rPr>
        <w:t>: 08:15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Реєстрація</w:t>
      </w:r>
      <w:proofErr w:type="spellEnd"/>
      <w:r w:rsidRPr="00A93763">
        <w:rPr>
          <w:sz w:val="24"/>
          <w:szCs w:val="24"/>
          <w:lang w:val="ru-RU"/>
        </w:rPr>
        <w:t>: 08:20–08:50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Інструктаж</w:t>
      </w:r>
      <w:proofErr w:type="spellEnd"/>
      <w:r w:rsidRPr="00A93763">
        <w:rPr>
          <w:sz w:val="24"/>
          <w:szCs w:val="24"/>
          <w:lang w:val="ru-RU"/>
        </w:rPr>
        <w:t xml:space="preserve"> з </w:t>
      </w:r>
      <w:proofErr w:type="spellStart"/>
      <w:r w:rsidRPr="00A93763">
        <w:rPr>
          <w:sz w:val="24"/>
          <w:szCs w:val="24"/>
          <w:lang w:val="ru-RU"/>
        </w:rPr>
        <w:t>безпеки</w:t>
      </w:r>
      <w:proofErr w:type="spellEnd"/>
      <w:r w:rsidRPr="00A93763">
        <w:rPr>
          <w:sz w:val="24"/>
          <w:szCs w:val="24"/>
          <w:lang w:val="ru-RU"/>
        </w:rPr>
        <w:t>: 08:50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Перевірка</w:t>
      </w:r>
      <w:proofErr w:type="spellEnd"/>
      <w:r w:rsidRPr="00A93763">
        <w:rPr>
          <w:sz w:val="24"/>
          <w:szCs w:val="24"/>
          <w:lang w:val="ru-RU"/>
        </w:rPr>
        <w:t xml:space="preserve"> нуля: 09:00–09:15. </w:t>
      </w:r>
      <w:proofErr w:type="spellStart"/>
      <w:r w:rsidRPr="00A93763">
        <w:rPr>
          <w:sz w:val="24"/>
          <w:szCs w:val="24"/>
          <w:lang w:val="ru-RU"/>
        </w:rPr>
        <w:t>Перевірка</w:t>
      </w:r>
      <w:proofErr w:type="spellEnd"/>
      <w:r w:rsidRPr="00A93763">
        <w:rPr>
          <w:sz w:val="24"/>
          <w:szCs w:val="24"/>
          <w:lang w:val="ru-RU"/>
        </w:rPr>
        <w:t xml:space="preserve"> нуля проводиться </w:t>
      </w:r>
      <w:proofErr w:type="spellStart"/>
      <w:r w:rsidRPr="00A93763">
        <w:rPr>
          <w:sz w:val="24"/>
          <w:szCs w:val="24"/>
          <w:lang w:val="ru-RU"/>
        </w:rPr>
        <w:t>лише</w:t>
      </w:r>
      <w:proofErr w:type="spellEnd"/>
      <w:r w:rsidRPr="00A93763">
        <w:rPr>
          <w:sz w:val="24"/>
          <w:szCs w:val="24"/>
          <w:lang w:val="ru-RU"/>
        </w:rPr>
        <w:t xml:space="preserve"> по </w:t>
      </w:r>
      <w:proofErr w:type="spellStart"/>
      <w:r w:rsidRPr="00A93763">
        <w:rPr>
          <w:sz w:val="24"/>
          <w:szCs w:val="24"/>
          <w:lang w:val="ru-RU"/>
        </w:rPr>
        <w:t>спеціально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визначених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мішенях</w:t>
      </w:r>
      <w:proofErr w:type="spellEnd"/>
      <w:r w:rsidRPr="00A93763">
        <w:rPr>
          <w:sz w:val="24"/>
          <w:szCs w:val="24"/>
          <w:lang w:val="ru-RU"/>
        </w:rPr>
        <w:t xml:space="preserve">. </w:t>
      </w:r>
      <w:proofErr w:type="spellStart"/>
      <w:r w:rsidRPr="00A93763">
        <w:rPr>
          <w:sz w:val="24"/>
          <w:szCs w:val="24"/>
          <w:lang w:val="ru-RU"/>
        </w:rPr>
        <w:t>Порушення</w:t>
      </w:r>
      <w:proofErr w:type="spellEnd"/>
      <w:r w:rsidRPr="00A93763">
        <w:rPr>
          <w:sz w:val="24"/>
          <w:szCs w:val="24"/>
          <w:lang w:val="ru-RU"/>
        </w:rPr>
        <w:t xml:space="preserve"> – </w:t>
      </w:r>
      <w:proofErr w:type="spellStart"/>
      <w:r w:rsidRPr="00A93763">
        <w:rPr>
          <w:sz w:val="24"/>
          <w:szCs w:val="24"/>
          <w:lang w:val="ru-RU"/>
        </w:rPr>
        <w:t>дискваліфікація</w:t>
      </w:r>
      <w:proofErr w:type="spellEnd"/>
      <w:r w:rsidRPr="00A93763">
        <w:rPr>
          <w:sz w:val="24"/>
          <w:szCs w:val="24"/>
          <w:lang w:val="ru-RU"/>
        </w:rPr>
        <w:t xml:space="preserve"> у </w:t>
      </w:r>
      <w:proofErr w:type="spellStart"/>
      <w:r w:rsidRPr="00A93763">
        <w:rPr>
          <w:sz w:val="24"/>
          <w:szCs w:val="24"/>
          <w:lang w:val="ru-RU"/>
        </w:rPr>
        <w:t>матчі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 xml:space="preserve">Початок матчу: 09:15 </w:t>
      </w:r>
      <w:proofErr w:type="spellStart"/>
      <w:r w:rsidRPr="00A93763">
        <w:rPr>
          <w:sz w:val="24"/>
          <w:szCs w:val="24"/>
          <w:lang w:val="ru-RU"/>
        </w:rPr>
        <w:t>або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після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інструктажу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</w:p>
    <w:p w14:paraId="4B56ED06" w14:textId="77777777" w:rsidR="009361C7" w:rsidRPr="00A93763" w:rsidRDefault="009361C7">
      <w:pPr>
        <w:rPr>
          <w:sz w:val="24"/>
          <w:szCs w:val="24"/>
          <w:lang w:val="ru-RU"/>
        </w:rPr>
      </w:pPr>
    </w:p>
    <w:p w14:paraId="60CFD485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Команди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на </w:t>
      </w:r>
      <w:proofErr w:type="spellStart"/>
      <w:r w:rsidRPr="00A93763">
        <w:rPr>
          <w:color w:val="auto"/>
          <w:sz w:val="24"/>
          <w:szCs w:val="24"/>
          <w:lang w:val="ru-RU"/>
        </w:rPr>
        <w:t>рубежі</w:t>
      </w:r>
      <w:proofErr w:type="spellEnd"/>
    </w:p>
    <w:p w14:paraId="2018EE40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>«</w:t>
      </w:r>
      <w:proofErr w:type="spellStart"/>
      <w:r w:rsidRPr="00A93763">
        <w:rPr>
          <w:sz w:val="24"/>
          <w:szCs w:val="24"/>
          <w:lang w:val="ru-RU"/>
        </w:rPr>
        <w:t>зарядити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зброю</w:t>
      </w:r>
      <w:proofErr w:type="spellEnd"/>
      <w:r w:rsidRPr="00A93763">
        <w:rPr>
          <w:sz w:val="24"/>
          <w:szCs w:val="24"/>
          <w:lang w:val="ru-RU"/>
        </w:rPr>
        <w:t xml:space="preserve">, </w:t>
      </w:r>
      <w:proofErr w:type="spellStart"/>
      <w:r w:rsidRPr="00A93763">
        <w:rPr>
          <w:sz w:val="24"/>
          <w:szCs w:val="24"/>
          <w:lang w:val="ru-RU"/>
        </w:rPr>
        <w:t>приготуватись</w:t>
      </w:r>
      <w:proofErr w:type="spellEnd"/>
      <w:r w:rsidRPr="00A93763">
        <w:rPr>
          <w:sz w:val="24"/>
          <w:szCs w:val="24"/>
          <w:lang w:val="ru-RU"/>
        </w:rPr>
        <w:t xml:space="preserve">» - </w:t>
      </w:r>
      <w:proofErr w:type="spellStart"/>
      <w:r w:rsidRPr="00A93763">
        <w:rPr>
          <w:sz w:val="24"/>
          <w:szCs w:val="24"/>
          <w:lang w:val="ru-RU"/>
        </w:rPr>
        <w:t>заряджайте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зброю</w:t>
      </w:r>
      <w:proofErr w:type="spellEnd"/>
      <w:r w:rsidRPr="00A93763">
        <w:rPr>
          <w:sz w:val="24"/>
          <w:szCs w:val="24"/>
          <w:lang w:val="ru-RU"/>
        </w:rPr>
        <w:t xml:space="preserve"> та </w:t>
      </w:r>
      <w:proofErr w:type="spellStart"/>
      <w:r w:rsidRPr="00A93763">
        <w:rPr>
          <w:sz w:val="24"/>
          <w:szCs w:val="24"/>
          <w:lang w:val="ru-RU"/>
        </w:rPr>
        <w:t>займіть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стартову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позицію</w:t>
      </w:r>
      <w:proofErr w:type="spellEnd"/>
      <w:r w:rsidRPr="00A93763">
        <w:rPr>
          <w:sz w:val="24"/>
          <w:szCs w:val="24"/>
          <w:lang w:val="ru-RU"/>
        </w:rPr>
        <w:t>.</w:t>
      </w:r>
    </w:p>
    <w:p w14:paraId="7778D15B" w14:textId="253AFEDC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>«</w:t>
      </w:r>
      <w:proofErr w:type="spellStart"/>
      <w:r w:rsidRPr="00A93763">
        <w:rPr>
          <w:sz w:val="24"/>
          <w:szCs w:val="24"/>
          <w:lang w:val="ru-RU"/>
        </w:rPr>
        <w:t>стрілець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готовий</w:t>
      </w:r>
      <w:proofErr w:type="spellEnd"/>
      <w:r w:rsidRPr="00A93763">
        <w:rPr>
          <w:sz w:val="24"/>
          <w:szCs w:val="24"/>
          <w:lang w:val="ru-RU"/>
        </w:rPr>
        <w:t xml:space="preserve">?»- </w:t>
      </w:r>
      <w:proofErr w:type="spellStart"/>
      <w:r w:rsidRPr="00A93763">
        <w:rPr>
          <w:sz w:val="24"/>
          <w:szCs w:val="24"/>
          <w:lang w:val="ru-RU"/>
        </w:rPr>
        <w:t>підтвердьте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готовність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>«</w:t>
      </w:r>
      <w:r w:rsidRPr="00A93763">
        <w:rPr>
          <w:sz w:val="24"/>
          <w:szCs w:val="24"/>
          <w:lang w:val="uk-UA"/>
        </w:rPr>
        <w:t>Увага!</w:t>
      </w:r>
      <w:r w:rsidRPr="00A93763">
        <w:rPr>
          <w:sz w:val="24"/>
          <w:szCs w:val="24"/>
          <w:lang w:val="ru-RU"/>
        </w:rPr>
        <w:t>» – за 1–5 секунд буде старт.</w:t>
      </w:r>
      <w:r w:rsidRPr="00A93763">
        <w:rPr>
          <w:sz w:val="24"/>
          <w:szCs w:val="24"/>
          <w:lang w:val="ru-RU"/>
        </w:rPr>
        <w:br/>
        <w:t xml:space="preserve">Сигнал таймера – початок </w:t>
      </w:r>
      <w:proofErr w:type="spellStart"/>
      <w:r w:rsidRPr="00A93763">
        <w:rPr>
          <w:sz w:val="24"/>
          <w:szCs w:val="24"/>
          <w:lang w:val="ru-RU"/>
        </w:rPr>
        <w:t>стрільби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>«</w:t>
      </w:r>
      <w:proofErr w:type="spellStart"/>
      <w:r w:rsidRPr="00A93763">
        <w:rPr>
          <w:sz w:val="24"/>
          <w:szCs w:val="24"/>
          <w:lang w:val="uk-UA"/>
        </w:rPr>
        <w:t>ящо</w:t>
      </w:r>
      <w:proofErr w:type="spellEnd"/>
      <w:r w:rsidRPr="00A93763">
        <w:rPr>
          <w:sz w:val="24"/>
          <w:szCs w:val="24"/>
          <w:lang w:val="uk-UA"/>
        </w:rPr>
        <w:t xml:space="preserve"> закінчив, розрядити і показати</w:t>
      </w:r>
      <w:r w:rsidRPr="00A93763">
        <w:rPr>
          <w:sz w:val="24"/>
          <w:szCs w:val="24"/>
          <w:lang w:val="ru-RU"/>
        </w:rPr>
        <w:t xml:space="preserve">» – </w:t>
      </w:r>
      <w:proofErr w:type="spellStart"/>
      <w:r w:rsidRPr="00A93763">
        <w:rPr>
          <w:sz w:val="24"/>
          <w:szCs w:val="24"/>
          <w:lang w:val="ru-RU"/>
        </w:rPr>
        <w:t>розряд</w:t>
      </w:r>
      <w:r w:rsidR="00A93763">
        <w:rPr>
          <w:sz w:val="24"/>
          <w:szCs w:val="24"/>
          <w:lang w:val="ru-RU"/>
        </w:rPr>
        <w:t>іть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зброю</w:t>
      </w:r>
      <w:proofErr w:type="spellEnd"/>
      <w:r w:rsidRPr="00A93763">
        <w:rPr>
          <w:sz w:val="24"/>
          <w:szCs w:val="24"/>
          <w:lang w:val="ru-RU"/>
        </w:rPr>
        <w:t xml:space="preserve">, </w:t>
      </w:r>
      <w:proofErr w:type="spellStart"/>
      <w:r w:rsidRPr="00A93763">
        <w:rPr>
          <w:sz w:val="24"/>
          <w:szCs w:val="24"/>
          <w:lang w:val="ru-RU"/>
        </w:rPr>
        <w:t>покажіть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порожню</w:t>
      </w:r>
      <w:proofErr w:type="spellEnd"/>
      <w:r w:rsidRPr="00A93763">
        <w:rPr>
          <w:sz w:val="24"/>
          <w:szCs w:val="24"/>
          <w:lang w:val="ru-RU"/>
        </w:rPr>
        <w:t xml:space="preserve"> камору.</w:t>
      </w:r>
      <w:r w:rsidRPr="00A93763">
        <w:rPr>
          <w:sz w:val="24"/>
          <w:szCs w:val="24"/>
          <w:lang w:val="ru-RU"/>
        </w:rPr>
        <w:br/>
        <w:t>«</w:t>
      </w:r>
      <w:r w:rsidRPr="00A93763">
        <w:rPr>
          <w:sz w:val="24"/>
          <w:szCs w:val="24"/>
          <w:lang w:val="uk-UA"/>
        </w:rPr>
        <w:t>рубіж чистий</w:t>
      </w:r>
      <w:r w:rsidRPr="00A93763">
        <w:rPr>
          <w:sz w:val="24"/>
          <w:szCs w:val="24"/>
          <w:lang w:val="ru-RU"/>
        </w:rPr>
        <w:t xml:space="preserve">» – </w:t>
      </w:r>
      <w:proofErr w:type="spellStart"/>
      <w:r w:rsidRPr="00A93763">
        <w:rPr>
          <w:sz w:val="24"/>
          <w:szCs w:val="24"/>
          <w:lang w:val="ru-RU"/>
        </w:rPr>
        <w:t>завершення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стрільби</w:t>
      </w:r>
      <w:proofErr w:type="spellEnd"/>
      <w:r w:rsidRPr="00A93763">
        <w:rPr>
          <w:sz w:val="24"/>
          <w:szCs w:val="24"/>
          <w:lang w:val="ru-RU"/>
        </w:rPr>
        <w:t xml:space="preserve">, </w:t>
      </w:r>
      <w:proofErr w:type="spellStart"/>
      <w:r w:rsidRPr="00A93763">
        <w:rPr>
          <w:sz w:val="24"/>
          <w:szCs w:val="24"/>
          <w:lang w:val="ru-RU"/>
        </w:rPr>
        <w:t>можна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йти</w:t>
      </w:r>
      <w:proofErr w:type="spellEnd"/>
      <w:r w:rsidRPr="00A93763">
        <w:rPr>
          <w:sz w:val="24"/>
          <w:szCs w:val="24"/>
          <w:lang w:val="ru-RU"/>
        </w:rPr>
        <w:t xml:space="preserve"> на </w:t>
      </w:r>
      <w:proofErr w:type="spellStart"/>
      <w:r w:rsidRPr="00A93763">
        <w:rPr>
          <w:sz w:val="24"/>
          <w:szCs w:val="24"/>
          <w:lang w:val="ru-RU"/>
        </w:rPr>
        <w:t>мішені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>«</w:t>
      </w:r>
      <w:r w:rsidRPr="00A93763">
        <w:rPr>
          <w:sz w:val="24"/>
          <w:szCs w:val="24"/>
          <w:lang w:val="uk-UA"/>
        </w:rPr>
        <w:t>СТОП</w:t>
      </w:r>
      <w:r w:rsidRPr="00A93763">
        <w:rPr>
          <w:sz w:val="24"/>
          <w:szCs w:val="24"/>
          <w:lang w:val="ru-RU"/>
        </w:rPr>
        <w:t xml:space="preserve">» </w:t>
      </w:r>
      <w:proofErr w:type="spellStart"/>
      <w:r w:rsidRPr="00A93763">
        <w:rPr>
          <w:sz w:val="24"/>
          <w:szCs w:val="24"/>
          <w:lang w:val="ru-RU"/>
        </w:rPr>
        <w:t>або</w:t>
      </w:r>
      <w:proofErr w:type="spellEnd"/>
      <w:r w:rsidRPr="00A93763">
        <w:rPr>
          <w:sz w:val="24"/>
          <w:szCs w:val="24"/>
          <w:lang w:val="ru-RU"/>
        </w:rPr>
        <w:t xml:space="preserve"> «</w:t>
      </w:r>
      <w:r w:rsidRPr="00A93763">
        <w:rPr>
          <w:sz w:val="24"/>
          <w:szCs w:val="24"/>
          <w:lang w:val="uk-UA"/>
        </w:rPr>
        <w:t>припинити вогонь</w:t>
      </w:r>
      <w:r w:rsidRPr="00A93763">
        <w:rPr>
          <w:sz w:val="24"/>
          <w:szCs w:val="24"/>
          <w:lang w:val="ru-RU"/>
        </w:rPr>
        <w:t xml:space="preserve">» – </w:t>
      </w:r>
      <w:proofErr w:type="spellStart"/>
      <w:r w:rsidRPr="00A93763">
        <w:rPr>
          <w:sz w:val="24"/>
          <w:szCs w:val="24"/>
          <w:lang w:val="ru-RU"/>
        </w:rPr>
        <w:t>негайно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припинити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стрільбу</w:t>
      </w:r>
      <w:proofErr w:type="spellEnd"/>
      <w:r w:rsidRPr="00A93763">
        <w:rPr>
          <w:sz w:val="24"/>
          <w:szCs w:val="24"/>
          <w:lang w:val="ru-RU"/>
        </w:rPr>
        <w:t xml:space="preserve"> та </w:t>
      </w:r>
      <w:proofErr w:type="spellStart"/>
      <w:r w:rsidRPr="00A93763">
        <w:rPr>
          <w:sz w:val="24"/>
          <w:szCs w:val="24"/>
          <w:lang w:val="ru-RU"/>
        </w:rPr>
        <w:t>завмерти</w:t>
      </w:r>
      <w:proofErr w:type="spellEnd"/>
      <w:r w:rsidRPr="00A93763">
        <w:rPr>
          <w:sz w:val="24"/>
          <w:szCs w:val="24"/>
          <w:lang w:val="ru-RU"/>
        </w:rPr>
        <w:t>.</w:t>
      </w:r>
      <w:r w:rsidR="00A93763">
        <w:rPr>
          <w:sz w:val="24"/>
          <w:szCs w:val="24"/>
          <w:lang w:val="ru-RU"/>
        </w:rPr>
        <w:br/>
      </w:r>
      <w:r w:rsidR="00A93763">
        <w:rPr>
          <w:sz w:val="24"/>
          <w:szCs w:val="24"/>
          <w:lang w:val="ru-RU"/>
        </w:rPr>
        <w:br/>
      </w:r>
      <w:r w:rsidR="00A93763">
        <w:rPr>
          <w:sz w:val="24"/>
          <w:szCs w:val="24"/>
          <w:lang w:val="ru-RU"/>
        </w:rPr>
        <w:br/>
        <w:t xml:space="preserve">перед кожною </w:t>
      </w:r>
      <w:proofErr w:type="spellStart"/>
      <w:r w:rsidR="00A93763">
        <w:rPr>
          <w:sz w:val="24"/>
          <w:szCs w:val="24"/>
          <w:lang w:val="ru-RU"/>
        </w:rPr>
        <w:t>вправою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суддею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будуть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окремо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продемонстровані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позиції</w:t>
      </w:r>
      <w:proofErr w:type="spellEnd"/>
      <w:r w:rsidR="00A93763">
        <w:rPr>
          <w:sz w:val="24"/>
          <w:szCs w:val="24"/>
          <w:lang w:val="ru-RU"/>
        </w:rPr>
        <w:t xml:space="preserve"> для </w:t>
      </w:r>
      <w:proofErr w:type="spellStart"/>
      <w:r w:rsidR="00A93763">
        <w:rPr>
          <w:sz w:val="24"/>
          <w:szCs w:val="24"/>
          <w:lang w:val="ru-RU"/>
        </w:rPr>
        <w:t>стрільби</w:t>
      </w:r>
      <w:proofErr w:type="spellEnd"/>
      <w:r w:rsidR="00A93763">
        <w:rPr>
          <w:sz w:val="24"/>
          <w:szCs w:val="24"/>
          <w:lang w:val="ru-RU"/>
        </w:rPr>
        <w:t xml:space="preserve">, </w:t>
      </w:r>
      <w:proofErr w:type="spellStart"/>
      <w:r w:rsidR="00A93763">
        <w:rPr>
          <w:sz w:val="24"/>
          <w:szCs w:val="24"/>
          <w:lang w:val="ru-RU"/>
        </w:rPr>
        <w:t>показані</w:t>
      </w:r>
      <w:proofErr w:type="spellEnd"/>
      <w:r w:rsidR="00A93763">
        <w:rPr>
          <w:sz w:val="24"/>
          <w:szCs w:val="24"/>
          <w:lang w:val="ru-RU"/>
        </w:rPr>
        <w:t xml:space="preserve"> </w:t>
      </w:r>
      <w:proofErr w:type="spellStart"/>
      <w:r w:rsidR="00A93763">
        <w:rPr>
          <w:sz w:val="24"/>
          <w:szCs w:val="24"/>
          <w:lang w:val="ru-RU"/>
        </w:rPr>
        <w:t>мішені</w:t>
      </w:r>
      <w:proofErr w:type="spellEnd"/>
      <w:r w:rsidR="00A93763">
        <w:rPr>
          <w:sz w:val="24"/>
          <w:szCs w:val="24"/>
          <w:lang w:val="ru-RU"/>
        </w:rPr>
        <w:t xml:space="preserve"> на </w:t>
      </w:r>
      <w:proofErr w:type="spellStart"/>
      <w:r w:rsidR="00A93763">
        <w:rPr>
          <w:sz w:val="24"/>
          <w:szCs w:val="24"/>
          <w:lang w:val="ru-RU"/>
        </w:rPr>
        <w:t>вправі</w:t>
      </w:r>
      <w:proofErr w:type="spellEnd"/>
      <w:r w:rsidR="00A93763">
        <w:rPr>
          <w:sz w:val="24"/>
          <w:szCs w:val="24"/>
          <w:lang w:val="ru-RU"/>
        </w:rPr>
        <w:t xml:space="preserve"> та </w:t>
      </w:r>
      <w:proofErr w:type="spellStart"/>
      <w:r w:rsidR="00A93763">
        <w:rPr>
          <w:sz w:val="24"/>
          <w:szCs w:val="24"/>
          <w:lang w:val="ru-RU"/>
        </w:rPr>
        <w:t>вказано</w:t>
      </w:r>
      <w:proofErr w:type="spellEnd"/>
      <w:r w:rsidR="00A93763">
        <w:rPr>
          <w:sz w:val="24"/>
          <w:szCs w:val="24"/>
          <w:lang w:val="ru-RU"/>
        </w:rPr>
        <w:t xml:space="preserve"> час на </w:t>
      </w:r>
      <w:proofErr w:type="spellStart"/>
      <w:r w:rsidR="00A93763">
        <w:rPr>
          <w:sz w:val="24"/>
          <w:szCs w:val="24"/>
          <w:lang w:val="ru-RU"/>
        </w:rPr>
        <w:t>виконання</w:t>
      </w:r>
      <w:proofErr w:type="spellEnd"/>
      <w:r w:rsidR="00A93763">
        <w:rPr>
          <w:sz w:val="24"/>
          <w:szCs w:val="24"/>
          <w:lang w:val="ru-RU"/>
        </w:rPr>
        <w:t>.</w:t>
      </w:r>
    </w:p>
    <w:p w14:paraId="71049487" w14:textId="77777777" w:rsidR="009361C7" w:rsidRPr="00A93763" w:rsidRDefault="009361C7">
      <w:pPr>
        <w:rPr>
          <w:sz w:val="24"/>
          <w:szCs w:val="24"/>
          <w:lang w:val="ru-RU"/>
        </w:rPr>
      </w:pPr>
    </w:p>
    <w:p w14:paraId="57C304A4" w14:textId="77777777" w:rsidR="0049758B" w:rsidRPr="00A93763" w:rsidRDefault="00735651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br w:type="page"/>
      </w:r>
    </w:p>
    <w:p w14:paraId="6F95DC52" w14:textId="77777777" w:rsidR="00B81831" w:rsidRPr="00A93763" w:rsidRDefault="00B81831" w:rsidP="009361C7">
      <w:pPr>
        <w:pStyle w:val="21"/>
        <w:rPr>
          <w:color w:val="auto"/>
          <w:sz w:val="24"/>
          <w:szCs w:val="24"/>
          <w:lang w:val="ru-RU"/>
        </w:rPr>
      </w:pPr>
    </w:p>
    <w:p w14:paraId="63322056" w14:textId="77777777" w:rsidR="00B81831" w:rsidRPr="00A93763" w:rsidRDefault="00B81831" w:rsidP="009361C7">
      <w:pPr>
        <w:pStyle w:val="2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93763">
        <w:rPr>
          <w:rFonts w:ascii="Times New Roman" w:hAnsi="Times New Roman" w:cs="Times New Roman"/>
          <w:color w:val="auto"/>
          <w:sz w:val="24"/>
          <w:szCs w:val="24"/>
          <w:lang w:val="ru-RU"/>
        </w:rPr>
        <w:t>ГАЛЕРЕЯ 150м</w:t>
      </w:r>
    </w:p>
    <w:p w14:paraId="150F6879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№1: КОЛОДА </w:t>
      </w:r>
    </w:p>
    <w:p w14:paraId="0B27ACA6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 9, Очки: 9/</w:t>
      </w:r>
      <w:proofErr w:type="spellStart"/>
      <w:r w:rsidRPr="00A93763">
        <w:rPr>
          <w:sz w:val="24"/>
          <w:szCs w:val="24"/>
          <w:lang w:val="ru-RU"/>
        </w:rPr>
        <w:t>влучання</w:t>
      </w:r>
      <w:proofErr w:type="spellEnd"/>
      <w:r w:rsidRPr="00A93763">
        <w:rPr>
          <w:sz w:val="24"/>
          <w:szCs w:val="24"/>
          <w:lang w:val="ru-RU"/>
        </w:rPr>
        <w:t>, Макс. 90.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Дистанція</w:t>
      </w:r>
      <w:proofErr w:type="spellEnd"/>
      <w:r w:rsidRPr="00A93763">
        <w:rPr>
          <w:sz w:val="24"/>
          <w:szCs w:val="24"/>
          <w:lang w:val="ru-RU"/>
        </w:rPr>
        <w:t xml:space="preserve">: 100 </w:t>
      </w:r>
      <w:proofErr w:type="spellStart"/>
      <w:r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t xml:space="preserve"> - 10 см </w:t>
      </w:r>
      <w:proofErr w:type="spellStart"/>
      <w:r w:rsidRPr="00A93763">
        <w:rPr>
          <w:sz w:val="24"/>
          <w:szCs w:val="24"/>
          <w:lang w:val="ru-RU"/>
        </w:rPr>
        <w:t>мішень</w:t>
      </w:r>
      <w:proofErr w:type="spellEnd"/>
      <w:r w:rsidRPr="00A93763">
        <w:rPr>
          <w:sz w:val="24"/>
          <w:szCs w:val="24"/>
          <w:lang w:val="ru-RU"/>
        </w:rPr>
        <w:t xml:space="preserve">, 50 </w:t>
      </w:r>
      <w:proofErr w:type="spellStart"/>
      <w:r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t xml:space="preserve"> – 35 мм </w:t>
      </w:r>
      <w:proofErr w:type="spellStart"/>
      <w:r w:rsidRPr="00A93763">
        <w:rPr>
          <w:sz w:val="24"/>
          <w:szCs w:val="24"/>
          <w:lang w:val="ru-RU"/>
        </w:rPr>
        <w:t>мішень</w:t>
      </w:r>
      <w:proofErr w:type="spellEnd"/>
      <w:r w:rsidRPr="00A93763">
        <w:rPr>
          <w:sz w:val="24"/>
          <w:szCs w:val="24"/>
          <w:lang w:val="ru-RU"/>
        </w:rPr>
        <w:t xml:space="preserve">. 25 </w:t>
      </w:r>
      <w:proofErr w:type="spellStart"/>
      <w:r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t xml:space="preserve"> – 25 мм </w:t>
      </w:r>
      <w:proofErr w:type="spellStart"/>
      <w:r w:rsidRPr="00A93763">
        <w:rPr>
          <w:sz w:val="24"/>
          <w:szCs w:val="24"/>
          <w:lang w:val="ru-RU"/>
        </w:rPr>
        <w:t>мішень</w:t>
      </w:r>
      <w:proofErr w:type="spellEnd"/>
      <w:r w:rsidRPr="00A93763">
        <w:rPr>
          <w:sz w:val="24"/>
          <w:szCs w:val="24"/>
          <w:lang w:val="ru-RU"/>
        </w:rPr>
        <w:t>.</w:t>
      </w:r>
    </w:p>
    <w:p w14:paraId="0C1702BF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мішок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 xml:space="preserve">Початок: стоячи, магазин </w:t>
      </w:r>
      <w:proofErr w:type="spellStart"/>
      <w:r w:rsidRPr="00A93763">
        <w:rPr>
          <w:sz w:val="24"/>
          <w:szCs w:val="24"/>
          <w:lang w:val="ru-RU"/>
        </w:rPr>
        <w:t>вставлений</w:t>
      </w:r>
      <w:proofErr w:type="spellEnd"/>
      <w:r w:rsidRPr="00A93763">
        <w:rPr>
          <w:sz w:val="24"/>
          <w:szCs w:val="24"/>
          <w:lang w:val="ru-RU"/>
        </w:rPr>
        <w:t xml:space="preserve">, камора </w:t>
      </w:r>
      <w:proofErr w:type="spellStart"/>
      <w:r w:rsidRPr="00A93763">
        <w:rPr>
          <w:sz w:val="24"/>
          <w:szCs w:val="24"/>
          <w:lang w:val="ru-RU"/>
        </w:rPr>
        <w:t>порожня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3 </w:t>
      </w:r>
      <w:proofErr w:type="spellStart"/>
      <w:r w:rsidRPr="00A93763">
        <w:rPr>
          <w:sz w:val="24"/>
          <w:szCs w:val="24"/>
          <w:lang w:val="ru-RU"/>
        </w:rPr>
        <w:t>стрілецьких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позиції</w:t>
      </w:r>
      <w:proofErr w:type="spellEnd"/>
      <w:r w:rsidRPr="00A93763">
        <w:rPr>
          <w:sz w:val="24"/>
          <w:szCs w:val="24"/>
          <w:lang w:val="ru-RU"/>
        </w:rPr>
        <w:t xml:space="preserve"> (</w:t>
      </w:r>
      <w:proofErr w:type="spellStart"/>
      <w:r w:rsidRPr="00A93763">
        <w:rPr>
          <w:sz w:val="24"/>
          <w:szCs w:val="24"/>
          <w:lang w:val="ru-RU"/>
        </w:rPr>
        <w:t>кожна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позиція</w:t>
      </w:r>
      <w:proofErr w:type="spellEnd"/>
      <w:r w:rsidRPr="00A93763">
        <w:rPr>
          <w:sz w:val="24"/>
          <w:szCs w:val="24"/>
          <w:lang w:val="ru-RU"/>
        </w:rPr>
        <w:t xml:space="preserve"> на </w:t>
      </w:r>
      <w:proofErr w:type="spellStart"/>
      <w:r w:rsidRPr="00A93763">
        <w:rPr>
          <w:sz w:val="24"/>
          <w:szCs w:val="24"/>
          <w:lang w:val="ru-RU"/>
        </w:rPr>
        <w:t>окремій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колоді</w:t>
      </w:r>
      <w:proofErr w:type="spellEnd"/>
      <w:r w:rsidRPr="00A93763">
        <w:rPr>
          <w:sz w:val="24"/>
          <w:szCs w:val="24"/>
          <w:lang w:val="ru-RU"/>
        </w:rPr>
        <w:t xml:space="preserve">) 2 переходи. На </w:t>
      </w:r>
      <w:proofErr w:type="spellStart"/>
      <w:r w:rsidRPr="00A93763">
        <w:rPr>
          <w:sz w:val="24"/>
          <w:szCs w:val="24"/>
          <w:lang w:val="ru-RU"/>
        </w:rPr>
        <w:t>кожній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стрілецькі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позиції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здійснити</w:t>
      </w:r>
      <w:proofErr w:type="spellEnd"/>
      <w:r w:rsidRPr="00A93763">
        <w:rPr>
          <w:sz w:val="24"/>
          <w:szCs w:val="24"/>
          <w:lang w:val="ru-RU"/>
        </w:rPr>
        <w:t xml:space="preserve"> по 3 </w:t>
      </w:r>
      <w:proofErr w:type="spellStart"/>
      <w:r w:rsidRPr="00A93763">
        <w:rPr>
          <w:sz w:val="24"/>
          <w:szCs w:val="24"/>
          <w:lang w:val="ru-RU"/>
        </w:rPr>
        <w:t>постріли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gramStart"/>
      <w:r w:rsidRPr="00A93763">
        <w:rPr>
          <w:sz w:val="24"/>
          <w:szCs w:val="24"/>
          <w:lang w:val="ru-RU"/>
        </w:rPr>
        <w:t>в порядку</w:t>
      </w:r>
      <w:proofErr w:type="gramEnd"/>
      <w:r w:rsidRPr="00A93763">
        <w:rPr>
          <w:sz w:val="24"/>
          <w:szCs w:val="24"/>
          <w:lang w:val="ru-RU"/>
        </w:rPr>
        <w:t xml:space="preserve"> «</w:t>
      </w:r>
      <w:proofErr w:type="spellStart"/>
      <w:r w:rsidRPr="00A93763">
        <w:rPr>
          <w:sz w:val="24"/>
          <w:szCs w:val="24"/>
          <w:lang w:val="ru-RU"/>
        </w:rPr>
        <w:t>від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ближньої</w:t>
      </w:r>
      <w:proofErr w:type="spellEnd"/>
      <w:r w:rsidRPr="00A93763">
        <w:rPr>
          <w:sz w:val="24"/>
          <w:szCs w:val="24"/>
          <w:lang w:val="ru-RU"/>
        </w:rPr>
        <w:t xml:space="preserve"> до </w:t>
      </w:r>
      <w:proofErr w:type="spellStart"/>
      <w:r w:rsidRPr="00A93763">
        <w:rPr>
          <w:sz w:val="24"/>
          <w:szCs w:val="24"/>
          <w:lang w:val="ru-RU"/>
        </w:rPr>
        <w:t>дальньої</w:t>
      </w:r>
      <w:proofErr w:type="spellEnd"/>
      <w:r w:rsidRPr="00A93763">
        <w:rPr>
          <w:sz w:val="24"/>
          <w:szCs w:val="24"/>
          <w:lang w:val="ru-RU"/>
        </w:rPr>
        <w:t>»</w:t>
      </w:r>
      <w:r w:rsidR="00B81831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B81831" w:rsidRPr="00A93763">
        <w:rPr>
          <w:sz w:val="24"/>
          <w:szCs w:val="24"/>
          <w:lang w:val="ru-RU"/>
        </w:rPr>
        <w:t>обмежено</w:t>
      </w:r>
      <w:proofErr w:type="spellEnd"/>
    </w:p>
    <w:p w14:paraId="69D113D4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uk-UA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№2: </w:t>
      </w:r>
      <w:proofErr w:type="spellStart"/>
      <w:r w:rsidR="00B81831" w:rsidRPr="00A93763">
        <w:rPr>
          <w:color w:val="auto"/>
          <w:sz w:val="24"/>
          <w:szCs w:val="24"/>
          <w:lang w:val="ru-RU"/>
        </w:rPr>
        <w:t>будівельний</w:t>
      </w:r>
      <w:proofErr w:type="spellEnd"/>
      <w:r w:rsidR="00B81831" w:rsidRPr="00A93763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color w:val="auto"/>
          <w:sz w:val="24"/>
          <w:szCs w:val="24"/>
          <w:lang w:val="ru-RU"/>
        </w:rPr>
        <w:t>майданчик</w:t>
      </w:r>
      <w:proofErr w:type="spellEnd"/>
    </w:p>
    <w:p w14:paraId="14F29FEF" w14:textId="77777777" w:rsidR="00B81831" w:rsidRPr="00A93763" w:rsidRDefault="009361C7" w:rsidP="00B81831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 10, Очки: 10, Макс. 100.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Дистанції</w:t>
      </w:r>
      <w:proofErr w:type="spellEnd"/>
      <w:r w:rsidRPr="00A93763">
        <w:rPr>
          <w:sz w:val="24"/>
          <w:szCs w:val="24"/>
          <w:lang w:val="ru-RU"/>
        </w:rPr>
        <w:t xml:space="preserve">: 50 </w:t>
      </w:r>
      <w:proofErr w:type="spellStart"/>
      <w:r w:rsidR="00B81831" w:rsidRPr="00A93763">
        <w:rPr>
          <w:sz w:val="24"/>
          <w:szCs w:val="24"/>
          <w:lang w:val="ru-RU"/>
        </w:rPr>
        <w:t>метів</w:t>
      </w:r>
      <w:proofErr w:type="spellEnd"/>
      <w:r w:rsidRPr="00A93763">
        <w:rPr>
          <w:sz w:val="24"/>
          <w:szCs w:val="24"/>
          <w:lang w:val="ru-RU"/>
        </w:rPr>
        <w:t xml:space="preserve"> (</w:t>
      </w:r>
      <w:r w:rsidR="00B81831" w:rsidRPr="00A93763">
        <w:rPr>
          <w:sz w:val="24"/>
          <w:szCs w:val="24"/>
          <w:lang w:val="ru-RU"/>
        </w:rPr>
        <w:t>35мм</w:t>
      </w:r>
      <w:r w:rsidRPr="00A93763">
        <w:rPr>
          <w:sz w:val="24"/>
          <w:szCs w:val="24"/>
          <w:lang w:val="ru-RU"/>
        </w:rPr>
        <w:t xml:space="preserve">), </w:t>
      </w:r>
      <w:r w:rsidR="00B81831" w:rsidRPr="00A93763">
        <w:rPr>
          <w:sz w:val="24"/>
          <w:szCs w:val="24"/>
          <w:lang w:val="ru-RU"/>
        </w:rPr>
        <w:t>100</w:t>
      </w:r>
      <w:r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t xml:space="preserve"> (</w:t>
      </w:r>
      <w:r w:rsidR="00B81831" w:rsidRPr="00A93763">
        <w:rPr>
          <w:sz w:val="24"/>
          <w:szCs w:val="24"/>
          <w:lang w:val="ru-RU"/>
        </w:rPr>
        <w:t>10 см</w:t>
      </w:r>
      <w:r w:rsidRPr="00A93763">
        <w:rPr>
          <w:sz w:val="24"/>
          <w:szCs w:val="24"/>
          <w:lang w:val="ru-RU"/>
        </w:rPr>
        <w:t xml:space="preserve">). </w:t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мішки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  <w:t xml:space="preserve">Старт: стоячи, магазин </w:t>
      </w:r>
      <w:proofErr w:type="spellStart"/>
      <w:r w:rsidRPr="00A93763">
        <w:rPr>
          <w:sz w:val="24"/>
          <w:szCs w:val="24"/>
          <w:lang w:val="ru-RU"/>
        </w:rPr>
        <w:t>вставлений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B81831" w:rsidRPr="00A93763">
        <w:rPr>
          <w:sz w:val="24"/>
          <w:szCs w:val="24"/>
          <w:lang w:val="ru-RU"/>
        </w:rPr>
        <w:t xml:space="preserve">5 </w:t>
      </w:r>
      <w:proofErr w:type="spellStart"/>
      <w:r w:rsidR="00B81831" w:rsidRPr="00A93763">
        <w:rPr>
          <w:sz w:val="24"/>
          <w:szCs w:val="24"/>
          <w:lang w:val="ru-RU"/>
        </w:rPr>
        <w:t>стрілецьких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позицій</w:t>
      </w:r>
      <w:proofErr w:type="spellEnd"/>
      <w:r w:rsidR="00B81831" w:rsidRPr="00A93763">
        <w:rPr>
          <w:sz w:val="24"/>
          <w:szCs w:val="24"/>
          <w:lang w:val="ru-RU"/>
        </w:rPr>
        <w:t xml:space="preserve"> (</w:t>
      </w:r>
      <w:proofErr w:type="spellStart"/>
      <w:r w:rsidR="00B81831" w:rsidRPr="00A93763">
        <w:rPr>
          <w:sz w:val="24"/>
          <w:szCs w:val="24"/>
          <w:lang w:val="ru-RU"/>
        </w:rPr>
        <w:t>відро</w:t>
      </w:r>
      <w:proofErr w:type="spellEnd"/>
      <w:r w:rsidR="00B81831" w:rsidRPr="00A93763">
        <w:rPr>
          <w:sz w:val="24"/>
          <w:szCs w:val="24"/>
          <w:lang w:val="ru-RU"/>
        </w:rPr>
        <w:t xml:space="preserve">, тачанка, </w:t>
      </w:r>
      <w:proofErr w:type="spellStart"/>
      <w:r w:rsidR="00B81831" w:rsidRPr="00A93763">
        <w:rPr>
          <w:sz w:val="24"/>
          <w:szCs w:val="24"/>
          <w:lang w:val="ru-RU"/>
        </w:rPr>
        <w:t>драбина</w:t>
      </w:r>
      <w:proofErr w:type="spellEnd"/>
      <w:r w:rsidR="00B81831" w:rsidRPr="00A93763">
        <w:rPr>
          <w:sz w:val="24"/>
          <w:szCs w:val="24"/>
          <w:lang w:val="ru-RU"/>
        </w:rPr>
        <w:t xml:space="preserve">, 2 колеса, </w:t>
      </w:r>
      <w:proofErr w:type="spellStart"/>
      <w:r w:rsidR="00B81831" w:rsidRPr="00A93763">
        <w:rPr>
          <w:sz w:val="24"/>
          <w:szCs w:val="24"/>
          <w:lang w:val="ru-RU"/>
        </w:rPr>
        <w:t>відро</w:t>
      </w:r>
      <w:proofErr w:type="spellEnd"/>
      <w:r w:rsidR="00B81831" w:rsidRPr="00A93763">
        <w:rPr>
          <w:sz w:val="24"/>
          <w:szCs w:val="24"/>
          <w:lang w:val="ru-RU"/>
        </w:rPr>
        <w:t xml:space="preserve">), 4 переходи. На </w:t>
      </w:r>
      <w:proofErr w:type="spellStart"/>
      <w:r w:rsidR="00B81831" w:rsidRPr="00A93763">
        <w:rPr>
          <w:sz w:val="24"/>
          <w:szCs w:val="24"/>
          <w:lang w:val="ru-RU"/>
        </w:rPr>
        <w:t>кожній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стрілецькі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позиції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здійснити</w:t>
      </w:r>
      <w:proofErr w:type="spellEnd"/>
      <w:r w:rsidR="00B81831" w:rsidRPr="00A93763">
        <w:rPr>
          <w:sz w:val="24"/>
          <w:szCs w:val="24"/>
          <w:lang w:val="ru-RU"/>
        </w:rPr>
        <w:t xml:space="preserve"> по 2 </w:t>
      </w:r>
      <w:proofErr w:type="spellStart"/>
      <w:r w:rsidR="00B81831" w:rsidRPr="00A93763">
        <w:rPr>
          <w:sz w:val="24"/>
          <w:szCs w:val="24"/>
          <w:lang w:val="ru-RU"/>
        </w:rPr>
        <w:t>постріли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gramStart"/>
      <w:r w:rsidR="00B81831" w:rsidRPr="00A93763">
        <w:rPr>
          <w:sz w:val="24"/>
          <w:szCs w:val="24"/>
          <w:lang w:val="ru-RU"/>
        </w:rPr>
        <w:t>в порядку</w:t>
      </w:r>
      <w:proofErr w:type="gramEnd"/>
      <w:r w:rsidR="00B81831" w:rsidRPr="00A93763">
        <w:rPr>
          <w:sz w:val="24"/>
          <w:szCs w:val="24"/>
          <w:lang w:val="ru-RU"/>
        </w:rPr>
        <w:t xml:space="preserve"> «</w:t>
      </w:r>
      <w:proofErr w:type="spellStart"/>
      <w:r w:rsidR="00B81831" w:rsidRPr="00A93763">
        <w:rPr>
          <w:sz w:val="24"/>
          <w:szCs w:val="24"/>
          <w:lang w:val="ru-RU"/>
        </w:rPr>
        <w:t>від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ближньої</w:t>
      </w:r>
      <w:proofErr w:type="spellEnd"/>
      <w:r w:rsidR="00B81831" w:rsidRPr="00A93763">
        <w:rPr>
          <w:sz w:val="24"/>
          <w:szCs w:val="24"/>
          <w:lang w:val="ru-RU"/>
        </w:rPr>
        <w:t xml:space="preserve"> до </w:t>
      </w:r>
      <w:proofErr w:type="spellStart"/>
      <w:r w:rsidR="00B81831" w:rsidRPr="00A93763">
        <w:rPr>
          <w:sz w:val="24"/>
          <w:szCs w:val="24"/>
          <w:lang w:val="ru-RU"/>
        </w:rPr>
        <w:t>дальньої</w:t>
      </w:r>
      <w:proofErr w:type="spellEnd"/>
      <w:r w:rsidR="00B81831" w:rsidRPr="00A93763">
        <w:rPr>
          <w:sz w:val="24"/>
          <w:szCs w:val="24"/>
          <w:lang w:val="ru-RU"/>
        </w:rPr>
        <w:t>»</w:t>
      </w:r>
      <w:r w:rsidR="00B81831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B81831" w:rsidRPr="00A93763">
        <w:rPr>
          <w:sz w:val="24"/>
          <w:szCs w:val="24"/>
          <w:lang w:val="ru-RU"/>
        </w:rPr>
        <w:t>обмежено</w:t>
      </w:r>
      <w:proofErr w:type="spellEnd"/>
    </w:p>
    <w:p w14:paraId="3AEE473A" w14:textId="77777777" w:rsidR="009361C7" w:rsidRPr="00A93763" w:rsidRDefault="009361C7" w:rsidP="009361C7">
      <w:pPr>
        <w:rPr>
          <w:sz w:val="24"/>
          <w:szCs w:val="24"/>
          <w:lang w:val="ru-RU"/>
        </w:rPr>
      </w:pPr>
    </w:p>
    <w:p w14:paraId="622F46C6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uk-UA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№3: </w:t>
      </w:r>
      <w:r w:rsidR="004E219D" w:rsidRPr="00A93763">
        <w:rPr>
          <w:color w:val="auto"/>
          <w:sz w:val="24"/>
          <w:szCs w:val="24"/>
          <w:lang w:val="uk-UA"/>
        </w:rPr>
        <w:t>Час обмежено.</w:t>
      </w:r>
    </w:p>
    <w:p w14:paraId="4ABAF771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B81831" w:rsidRPr="00A93763">
        <w:rPr>
          <w:sz w:val="24"/>
          <w:szCs w:val="24"/>
          <w:lang w:val="ru-RU"/>
        </w:rPr>
        <w:t>5</w:t>
      </w:r>
      <w:r w:rsidRPr="00A93763">
        <w:rPr>
          <w:sz w:val="24"/>
          <w:szCs w:val="24"/>
          <w:lang w:val="ru-RU"/>
        </w:rPr>
        <w:t xml:space="preserve">, Очки: 10, Макс. </w:t>
      </w:r>
      <w:r w:rsidR="00B81831" w:rsidRPr="00A93763">
        <w:rPr>
          <w:sz w:val="24"/>
          <w:szCs w:val="24"/>
          <w:lang w:val="ru-RU"/>
        </w:rPr>
        <w:t>50</w:t>
      </w:r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Дистанції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B81831" w:rsidRPr="00A93763">
        <w:rPr>
          <w:sz w:val="24"/>
          <w:szCs w:val="24"/>
          <w:lang w:val="ru-RU"/>
        </w:rPr>
        <w:t xml:space="preserve">100 </w:t>
      </w:r>
      <w:proofErr w:type="spellStart"/>
      <w:r w:rsidR="00B81831" w:rsidRPr="00A93763">
        <w:rPr>
          <w:sz w:val="24"/>
          <w:szCs w:val="24"/>
          <w:lang w:val="ru-RU"/>
        </w:rPr>
        <w:t>метрів</w:t>
      </w:r>
      <w:proofErr w:type="spellEnd"/>
      <w:r w:rsidR="00B81831" w:rsidRPr="00A93763">
        <w:rPr>
          <w:sz w:val="24"/>
          <w:szCs w:val="24"/>
          <w:lang w:val="ru-RU"/>
        </w:rPr>
        <w:t xml:space="preserve">, </w:t>
      </w:r>
      <w:proofErr w:type="spellStart"/>
      <w:r w:rsidR="00B81831" w:rsidRPr="00A93763">
        <w:rPr>
          <w:sz w:val="24"/>
          <w:szCs w:val="24"/>
          <w:lang w:val="ru-RU"/>
        </w:rPr>
        <w:t>мішень</w:t>
      </w:r>
      <w:proofErr w:type="spellEnd"/>
      <w:r w:rsidR="00B81831" w:rsidRPr="00A93763">
        <w:rPr>
          <w:sz w:val="24"/>
          <w:szCs w:val="24"/>
          <w:lang w:val="ru-RU"/>
        </w:rPr>
        <w:t xml:space="preserve"> – 10 см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мішки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>:</w:t>
      </w:r>
      <w:r w:rsidR="00B81831" w:rsidRPr="00A93763">
        <w:rPr>
          <w:sz w:val="24"/>
          <w:szCs w:val="24"/>
          <w:lang w:val="ru-RU"/>
        </w:rPr>
        <w:t xml:space="preserve"> З </w:t>
      </w:r>
      <w:proofErr w:type="spellStart"/>
      <w:r w:rsidR="00B81831" w:rsidRPr="00A93763">
        <w:rPr>
          <w:sz w:val="24"/>
          <w:szCs w:val="24"/>
          <w:lang w:val="ru-RU"/>
        </w:rPr>
        <w:t>драбини</w:t>
      </w:r>
      <w:proofErr w:type="spellEnd"/>
      <w:r w:rsidR="00B81831" w:rsidRPr="00A93763">
        <w:rPr>
          <w:sz w:val="24"/>
          <w:szCs w:val="24"/>
          <w:lang w:val="ru-RU"/>
        </w:rPr>
        <w:t xml:space="preserve"> (</w:t>
      </w:r>
      <w:proofErr w:type="spellStart"/>
      <w:r w:rsidR="00B81831" w:rsidRPr="00A93763">
        <w:rPr>
          <w:sz w:val="24"/>
          <w:szCs w:val="24"/>
          <w:lang w:val="ru-RU"/>
        </w:rPr>
        <w:t>попередньо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вказане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суддею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місце</w:t>
      </w:r>
      <w:proofErr w:type="spellEnd"/>
      <w:r w:rsidR="00B81831" w:rsidRPr="00A93763">
        <w:rPr>
          <w:sz w:val="24"/>
          <w:szCs w:val="24"/>
          <w:lang w:val="ru-RU"/>
        </w:rPr>
        <w:t xml:space="preserve"> на </w:t>
      </w:r>
      <w:proofErr w:type="spellStart"/>
      <w:r w:rsidR="00B81831" w:rsidRPr="00A93763">
        <w:rPr>
          <w:sz w:val="24"/>
          <w:szCs w:val="24"/>
          <w:lang w:val="ru-RU"/>
        </w:rPr>
        <w:t>ній</w:t>
      </w:r>
      <w:proofErr w:type="spellEnd"/>
      <w:r w:rsidR="00B81831" w:rsidRPr="00A93763">
        <w:rPr>
          <w:sz w:val="24"/>
          <w:szCs w:val="24"/>
          <w:lang w:val="ru-RU"/>
        </w:rPr>
        <w:t xml:space="preserve">) </w:t>
      </w:r>
      <w:proofErr w:type="spellStart"/>
      <w:r w:rsidR="00B81831" w:rsidRPr="00A93763">
        <w:rPr>
          <w:sz w:val="24"/>
          <w:szCs w:val="24"/>
          <w:lang w:val="ru-RU"/>
        </w:rPr>
        <w:t>уразити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мішень</w:t>
      </w:r>
      <w:proofErr w:type="spellEnd"/>
      <w:r w:rsidR="00B81831" w:rsidRPr="00A93763">
        <w:rPr>
          <w:sz w:val="24"/>
          <w:szCs w:val="24"/>
          <w:lang w:val="ru-RU"/>
        </w:rPr>
        <w:t xml:space="preserve"> 5 </w:t>
      </w:r>
      <w:proofErr w:type="spellStart"/>
      <w:r w:rsidR="00B81831" w:rsidRPr="00A93763">
        <w:rPr>
          <w:sz w:val="24"/>
          <w:szCs w:val="24"/>
          <w:lang w:val="ru-RU"/>
        </w:rPr>
        <w:t>разів</w:t>
      </w:r>
      <w:proofErr w:type="spellEnd"/>
      <w:r w:rsidR="00B81831" w:rsidRPr="00A93763">
        <w:rPr>
          <w:sz w:val="24"/>
          <w:szCs w:val="24"/>
          <w:lang w:val="ru-RU"/>
        </w:rPr>
        <w:t xml:space="preserve"> за </w:t>
      </w:r>
      <w:proofErr w:type="spellStart"/>
      <w:r w:rsidR="00B81831" w:rsidRPr="00A93763">
        <w:rPr>
          <w:sz w:val="24"/>
          <w:szCs w:val="24"/>
          <w:lang w:val="ru-RU"/>
        </w:rPr>
        <w:t>дуже</w:t>
      </w:r>
      <w:proofErr w:type="spellEnd"/>
      <w:r w:rsidR="00B81831" w:rsidRPr="00A93763">
        <w:rPr>
          <w:sz w:val="24"/>
          <w:szCs w:val="24"/>
          <w:lang w:val="ru-RU"/>
        </w:rPr>
        <w:t xml:space="preserve"> </w:t>
      </w:r>
      <w:proofErr w:type="spellStart"/>
      <w:r w:rsidR="00B81831" w:rsidRPr="00A93763">
        <w:rPr>
          <w:sz w:val="24"/>
          <w:szCs w:val="24"/>
          <w:lang w:val="ru-RU"/>
        </w:rPr>
        <w:t>обмежений</w:t>
      </w:r>
      <w:proofErr w:type="spellEnd"/>
      <w:r w:rsidR="00B81831" w:rsidRPr="00A93763">
        <w:rPr>
          <w:sz w:val="24"/>
          <w:szCs w:val="24"/>
          <w:lang w:val="ru-RU"/>
        </w:rPr>
        <w:t xml:space="preserve"> час.</w:t>
      </w:r>
    </w:p>
    <w:p w14:paraId="01B377E8" w14:textId="77777777" w:rsidR="00B81831" w:rsidRPr="00A93763" w:rsidRDefault="00B81831" w:rsidP="009361C7">
      <w:pPr>
        <w:rPr>
          <w:sz w:val="24"/>
          <w:szCs w:val="24"/>
          <w:lang w:val="ru-RU"/>
        </w:rPr>
      </w:pPr>
    </w:p>
    <w:p w14:paraId="5D0BA831" w14:textId="77777777" w:rsidR="00B81831" w:rsidRPr="00A93763" w:rsidRDefault="00B81831" w:rsidP="009361C7">
      <w:pPr>
        <w:jc w:val="center"/>
        <w:rPr>
          <w:b/>
          <w:bCs/>
          <w:sz w:val="24"/>
          <w:szCs w:val="24"/>
          <w:lang w:val="ru-RU"/>
        </w:rPr>
      </w:pPr>
      <w:r w:rsidRPr="00A93763">
        <w:rPr>
          <w:b/>
          <w:bCs/>
          <w:sz w:val="24"/>
          <w:szCs w:val="24"/>
          <w:lang w:val="ru-RU"/>
        </w:rPr>
        <w:t xml:space="preserve">ГАЛЕРЕЯ 75 </w:t>
      </w:r>
      <w:proofErr w:type="spellStart"/>
      <w:r w:rsidRPr="00A93763">
        <w:rPr>
          <w:b/>
          <w:bCs/>
          <w:sz w:val="24"/>
          <w:szCs w:val="24"/>
          <w:lang w:val="ru-RU"/>
        </w:rPr>
        <w:t>метрів</w:t>
      </w:r>
      <w:proofErr w:type="spellEnd"/>
    </w:p>
    <w:p w14:paraId="23404063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uk-UA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№4: </w:t>
      </w:r>
      <w:r w:rsidR="004E219D" w:rsidRPr="00A93763">
        <w:rPr>
          <w:color w:val="auto"/>
          <w:sz w:val="24"/>
          <w:szCs w:val="24"/>
          <w:lang w:val="uk-UA"/>
        </w:rPr>
        <w:t>Хрест</w:t>
      </w:r>
    </w:p>
    <w:p w14:paraId="72F2E59C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</w:t>
      </w:r>
      <w:r w:rsidR="004E219D" w:rsidRPr="00A93763">
        <w:rPr>
          <w:sz w:val="24"/>
          <w:szCs w:val="24"/>
          <w:lang w:val="ru-RU"/>
        </w:rPr>
        <w:t xml:space="preserve"> 8</w:t>
      </w:r>
      <w:r w:rsidRPr="00A93763">
        <w:rPr>
          <w:sz w:val="24"/>
          <w:szCs w:val="24"/>
          <w:lang w:val="ru-RU"/>
        </w:rPr>
        <w:t xml:space="preserve">, Очки: 10, Макс. </w:t>
      </w:r>
      <w:r w:rsidR="004E219D" w:rsidRPr="00A93763">
        <w:rPr>
          <w:sz w:val="24"/>
          <w:szCs w:val="24"/>
          <w:lang w:val="ru-RU"/>
        </w:rPr>
        <w:t>80</w:t>
      </w:r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Дистанції</w:t>
      </w:r>
      <w:proofErr w:type="spellEnd"/>
      <w:r w:rsidRPr="00A93763">
        <w:rPr>
          <w:sz w:val="24"/>
          <w:szCs w:val="24"/>
          <w:lang w:val="ru-RU"/>
        </w:rPr>
        <w:t>:</w:t>
      </w:r>
      <w:r w:rsidR="004E219D" w:rsidRPr="00A93763">
        <w:rPr>
          <w:sz w:val="24"/>
          <w:szCs w:val="24"/>
          <w:lang w:val="ru-RU"/>
        </w:rPr>
        <w:t xml:space="preserve"> 70 м.  </w:t>
      </w:r>
      <w:proofErr w:type="spellStart"/>
      <w:r w:rsidR="004E219D" w:rsidRPr="00A93763">
        <w:rPr>
          <w:sz w:val="24"/>
          <w:szCs w:val="24"/>
          <w:lang w:val="ru-RU"/>
        </w:rPr>
        <w:t>Мішень</w:t>
      </w:r>
      <w:proofErr w:type="spellEnd"/>
      <w:r w:rsidR="004E219D" w:rsidRPr="00A93763">
        <w:rPr>
          <w:sz w:val="24"/>
          <w:szCs w:val="24"/>
          <w:lang w:val="ru-RU"/>
        </w:rPr>
        <w:t xml:space="preserve"> - 60 мм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мішки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4E219D" w:rsidRPr="00A93763">
        <w:rPr>
          <w:sz w:val="24"/>
          <w:szCs w:val="24"/>
          <w:lang w:val="ru-RU"/>
        </w:rPr>
        <w:t xml:space="preserve">з </w:t>
      </w:r>
      <w:proofErr w:type="spellStart"/>
      <w:r w:rsidR="004E219D" w:rsidRPr="00A93763">
        <w:rPr>
          <w:sz w:val="24"/>
          <w:szCs w:val="24"/>
          <w:lang w:val="ru-RU"/>
        </w:rPr>
        <w:t>барикади</w:t>
      </w:r>
      <w:proofErr w:type="spellEnd"/>
      <w:r w:rsidR="004E219D" w:rsidRPr="00A93763">
        <w:rPr>
          <w:sz w:val="24"/>
          <w:szCs w:val="24"/>
          <w:lang w:val="ru-RU"/>
        </w:rPr>
        <w:t xml:space="preserve"> типу «ХРЕСТ» </w:t>
      </w:r>
      <w:proofErr w:type="spellStart"/>
      <w:r w:rsidR="004E219D" w:rsidRPr="00A93763">
        <w:rPr>
          <w:sz w:val="24"/>
          <w:szCs w:val="24"/>
          <w:lang w:val="ru-RU"/>
        </w:rPr>
        <w:t>уразити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мішень</w:t>
      </w:r>
      <w:proofErr w:type="spellEnd"/>
      <w:r w:rsidR="004E219D" w:rsidRPr="00A93763">
        <w:rPr>
          <w:sz w:val="24"/>
          <w:szCs w:val="24"/>
          <w:lang w:val="ru-RU"/>
        </w:rPr>
        <w:t xml:space="preserve"> з </w:t>
      </w:r>
      <w:proofErr w:type="spellStart"/>
      <w:r w:rsidR="004E219D" w:rsidRPr="00A93763">
        <w:rPr>
          <w:sz w:val="24"/>
          <w:szCs w:val="24"/>
          <w:lang w:val="ru-RU"/>
        </w:rPr>
        <w:t>кожної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полички</w:t>
      </w:r>
      <w:proofErr w:type="spellEnd"/>
      <w:r w:rsidR="004E219D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4E219D" w:rsidRPr="00A93763">
        <w:rPr>
          <w:sz w:val="24"/>
          <w:szCs w:val="24"/>
          <w:lang w:val="ru-RU"/>
        </w:rPr>
        <w:t>обмежено</w:t>
      </w:r>
      <w:proofErr w:type="spellEnd"/>
    </w:p>
    <w:p w14:paraId="6B5F9518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lastRenderedPageBreak/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№5: </w:t>
      </w:r>
      <w:proofErr w:type="spellStart"/>
      <w:r w:rsidRPr="00A93763">
        <w:rPr>
          <w:color w:val="auto"/>
          <w:sz w:val="24"/>
          <w:szCs w:val="24"/>
          <w:lang w:val="ru-RU"/>
        </w:rPr>
        <w:t>шин</w:t>
      </w:r>
      <w:r w:rsidR="004E219D" w:rsidRPr="00A93763">
        <w:rPr>
          <w:color w:val="auto"/>
          <w:sz w:val="24"/>
          <w:szCs w:val="24"/>
          <w:lang w:val="ru-RU"/>
        </w:rPr>
        <w:t>ний</w:t>
      </w:r>
      <w:proofErr w:type="spellEnd"/>
      <w:r w:rsidR="004E219D" w:rsidRPr="00A93763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color w:val="auto"/>
          <w:sz w:val="24"/>
          <w:szCs w:val="24"/>
          <w:lang w:val="ru-RU"/>
        </w:rPr>
        <w:t>майстер</w:t>
      </w:r>
      <w:proofErr w:type="spellEnd"/>
    </w:p>
    <w:p w14:paraId="4CE7AAA3" w14:textId="77777777" w:rsidR="004E219D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 10, Очки: 10, Макс. 100.</w:t>
      </w:r>
      <w:r w:rsidRPr="00A93763">
        <w:rPr>
          <w:sz w:val="24"/>
          <w:szCs w:val="24"/>
          <w:lang w:val="ru-RU"/>
        </w:rPr>
        <w:br/>
      </w:r>
      <w:proofErr w:type="spellStart"/>
      <w:r w:rsidR="004E219D" w:rsidRPr="00A93763">
        <w:rPr>
          <w:sz w:val="24"/>
          <w:szCs w:val="24"/>
          <w:lang w:val="ru-RU"/>
        </w:rPr>
        <w:t>Дистанції</w:t>
      </w:r>
      <w:proofErr w:type="spellEnd"/>
      <w:r w:rsidR="004E219D" w:rsidRPr="00A93763">
        <w:rPr>
          <w:sz w:val="24"/>
          <w:szCs w:val="24"/>
          <w:lang w:val="ru-RU"/>
        </w:rPr>
        <w:t xml:space="preserve">: 70 м.  </w:t>
      </w:r>
      <w:proofErr w:type="spellStart"/>
      <w:r w:rsidR="004E219D" w:rsidRPr="00A93763">
        <w:rPr>
          <w:sz w:val="24"/>
          <w:szCs w:val="24"/>
          <w:lang w:val="ru-RU"/>
        </w:rPr>
        <w:t>Мішень</w:t>
      </w:r>
      <w:proofErr w:type="spellEnd"/>
      <w:r w:rsidR="004E219D" w:rsidRPr="00A93763">
        <w:rPr>
          <w:sz w:val="24"/>
          <w:szCs w:val="24"/>
          <w:lang w:val="ru-RU"/>
        </w:rPr>
        <w:t xml:space="preserve"> - 60 мм</w:t>
      </w:r>
      <w:r w:rsidR="004E219D" w:rsidRPr="00A93763">
        <w:rPr>
          <w:sz w:val="24"/>
          <w:szCs w:val="24"/>
          <w:lang w:val="ru-RU"/>
        </w:rPr>
        <w:br/>
      </w:r>
      <w:proofErr w:type="spellStart"/>
      <w:r w:rsidR="004E219D" w:rsidRPr="00A93763">
        <w:rPr>
          <w:sz w:val="24"/>
          <w:szCs w:val="24"/>
          <w:lang w:val="ru-RU"/>
        </w:rPr>
        <w:t>Обладнання</w:t>
      </w:r>
      <w:proofErr w:type="spellEnd"/>
      <w:r w:rsidR="004E219D" w:rsidRPr="00A93763">
        <w:rPr>
          <w:sz w:val="24"/>
          <w:szCs w:val="24"/>
          <w:lang w:val="ru-RU"/>
        </w:rPr>
        <w:t xml:space="preserve">: </w:t>
      </w:r>
      <w:proofErr w:type="spellStart"/>
      <w:r w:rsidR="004E219D" w:rsidRPr="00A93763">
        <w:rPr>
          <w:sz w:val="24"/>
          <w:szCs w:val="24"/>
          <w:lang w:val="ru-RU"/>
        </w:rPr>
        <w:t>мішки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</w:p>
    <w:p w14:paraId="6E89FEDC" w14:textId="77777777" w:rsidR="009361C7" w:rsidRPr="00A93763" w:rsidRDefault="009361C7" w:rsidP="009361C7">
      <w:pPr>
        <w:rPr>
          <w:sz w:val="24"/>
          <w:szCs w:val="24"/>
          <w:lang w:val="ru-RU"/>
        </w:rPr>
      </w:pP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зверху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шини</w:t>
      </w:r>
      <w:proofErr w:type="spellEnd"/>
      <w:r w:rsidRPr="00A93763">
        <w:rPr>
          <w:sz w:val="24"/>
          <w:szCs w:val="24"/>
          <w:lang w:val="ru-RU"/>
        </w:rPr>
        <w:t xml:space="preserve"> – 2 </w:t>
      </w:r>
      <w:proofErr w:type="spellStart"/>
      <w:r w:rsidRPr="00A93763">
        <w:rPr>
          <w:sz w:val="24"/>
          <w:szCs w:val="24"/>
          <w:lang w:val="ru-RU"/>
        </w:rPr>
        <w:t>постріли</w:t>
      </w:r>
      <w:proofErr w:type="spellEnd"/>
      <w:r w:rsidRPr="00A93763">
        <w:rPr>
          <w:sz w:val="24"/>
          <w:szCs w:val="24"/>
          <w:lang w:val="ru-RU"/>
        </w:rPr>
        <w:t xml:space="preserve">, </w:t>
      </w:r>
      <w:proofErr w:type="spellStart"/>
      <w:r w:rsidRPr="00A93763">
        <w:rPr>
          <w:sz w:val="24"/>
          <w:szCs w:val="24"/>
          <w:lang w:val="ru-RU"/>
        </w:rPr>
        <w:t>прибрати</w:t>
      </w:r>
      <w:proofErr w:type="spellEnd"/>
      <w:r w:rsidRPr="00A93763">
        <w:rPr>
          <w:sz w:val="24"/>
          <w:szCs w:val="24"/>
          <w:lang w:val="ru-RU"/>
        </w:rPr>
        <w:t xml:space="preserve"> шину – </w:t>
      </w:r>
      <w:proofErr w:type="spellStart"/>
      <w:r w:rsidRPr="00A93763">
        <w:rPr>
          <w:sz w:val="24"/>
          <w:szCs w:val="24"/>
          <w:lang w:val="ru-RU"/>
        </w:rPr>
        <w:t>повторити</w:t>
      </w:r>
      <w:proofErr w:type="spellEnd"/>
      <w:r w:rsidRPr="00A93763">
        <w:rPr>
          <w:sz w:val="24"/>
          <w:szCs w:val="24"/>
          <w:lang w:val="ru-RU"/>
        </w:rPr>
        <w:t xml:space="preserve">. </w:t>
      </w:r>
      <w:proofErr w:type="spellStart"/>
      <w:r w:rsidRPr="00A93763">
        <w:rPr>
          <w:sz w:val="24"/>
          <w:szCs w:val="24"/>
          <w:lang w:val="ru-RU"/>
        </w:rPr>
        <w:t>Падіння</w:t>
      </w:r>
      <w:proofErr w:type="spell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шини</w:t>
      </w:r>
      <w:proofErr w:type="spellEnd"/>
      <w:r w:rsidRPr="00A93763">
        <w:rPr>
          <w:sz w:val="24"/>
          <w:szCs w:val="24"/>
          <w:lang w:val="ru-RU"/>
        </w:rPr>
        <w:t xml:space="preserve"> вперед – </w:t>
      </w:r>
      <w:proofErr w:type="spellStart"/>
      <w:r w:rsidRPr="00A93763">
        <w:rPr>
          <w:sz w:val="24"/>
          <w:szCs w:val="24"/>
          <w:lang w:val="ru-RU"/>
        </w:rPr>
        <w:t>мінус</w:t>
      </w:r>
      <w:proofErr w:type="spellEnd"/>
      <w:r w:rsidRPr="00A93763">
        <w:rPr>
          <w:sz w:val="24"/>
          <w:szCs w:val="24"/>
          <w:lang w:val="ru-RU"/>
        </w:rPr>
        <w:t xml:space="preserve"> 10 </w:t>
      </w:r>
      <w:proofErr w:type="spellStart"/>
      <w:r w:rsidRPr="00A93763">
        <w:rPr>
          <w:sz w:val="24"/>
          <w:szCs w:val="24"/>
          <w:lang w:val="ru-RU"/>
        </w:rPr>
        <w:t>очок</w:t>
      </w:r>
      <w:proofErr w:type="spellEnd"/>
      <w:r w:rsidRPr="00A93763">
        <w:rPr>
          <w:sz w:val="24"/>
          <w:szCs w:val="24"/>
          <w:lang w:val="ru-RU"/>
        </w:rPr>
        <w:t>.</w:t>
      </w:r>
      <w:r w:rsidR="004E219D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4E219D" w:rsidRPr="00A93763">
        <w:rPr>
          <w:sz w:val="24"/>
          <w:szCs w:val="24"/>
          <w:lang w:val="ru-RU"/>
        </w:rPr>
        <w:t>обмежено</w:t>
      </w:r>
      <w:proofErr w:type="spellEnd"/>
    </w:p>
    <w:p w14:paraId="3F034159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№6: </w:t>
      </w:r>
      <w:proofErr w:type="spellStart"/>
      <w:r w:rsidR="004E219D" w:rsidRPr="00A93763">
        <w:rPr>
          <w:color w:val="auto"/>
          <w:sz w:val="24"/>
          <w:szCs w:val="24"/>
          <w:lang w:val="ru-RU"/>
        </w:rPr>
        <w:t>Нервова</w:t>
      </w:r>
      <w:proofErr w:type="spellEnd"/>
      <w:r w:rsidR="004E219D" w:rsidRPr="00A93763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color w:val="auto"/>
          <w:sz w:val="24"/>
          <w:szCs w:val="24"/>
          <w:lang w:val="ru-RU"/>
        </w:rPr>
        <w:t>стрільба</w:t>
      </w:r>
      <w:proofErr w:type="spellEnd"/>
    </w:p>
    <w:p w14:paraId="7AEEBDE2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 10, Очки: 10, Макс. 100.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4E219D" w:rsidRPr="00A93763">
        <w:rPr>
          <w:sz w:val="24"/>
          <w:szCs w:val="24"/>
          <w:lang w:val="ru-RU"/>
        </w:rPr>
        <w:t xml:space="preserve">50 </w:t>
      </w:r>
      <w:proofErr w:type="spellStart"/>
      <w:r w:rsidR="004E219D"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="00735651" w:rsidRPr="00A93763">
        <w:rPr>
          <w:sz w:val="24"/>
          <w:szCs w:val="24"/>
          <w:lang w:val="ru-RU"/>
        </w:rPr>
        <w:t>мішок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="004E219D" w:rsidRPr="00A93763">
        <w:rPr>
          <w:sz w:val="24"/>
          <w:szCs w:val="24"/>
          <w:lang w:val="ru-RU"/>
        </w:rPr>
        <w:t>Використовуючи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барикаду</w:t>
      </w:r>
      <w:proofErr w:type="spellEnd"/>
      <w:r w:rsidR="004E219D" w:rsidRPr="00A93763">
        <w:rPr>
          <w:sz w:val="24"/>
          <w:szCs w:val="24"/>
          <w:lang w:val="ru-RU"/>
        </w:rPr>
        <w:t xml:space="preserve"> типу «</w:t>
      </w:r>
      <w:proofErr w:type="spellStart"/>
      <w:r w:rsidR="004E219D" w:rsidRPr="00A93763">
        <w:rPr>
          <w:sz w:val="24"/>
          <w:szCs w:val="24"/>
          <w:lang w:val="ru-RU"/>
        </w:rPr>
        <w:t>Хрест</w:t>
      </w:r>
      <w:proofErr w:type="spellEnd"/>
      <w:r w:rsidR="004E219D" w:rsidRPr="00A93763">
        <w:rPr>
          <w:sz w:val="24"/>
          <w:szCs w:val="24"/>
          <w:lang w:val="ru-RU"/>
        </w:rPr>
        <w:t xml:space="preserve">», </w:t>
      </w:r>
      <w:proofErr w:type="spellStart"/>
      <w:r w:rsidR="004E219D" w:rsidRPr="00A93763">
        <w:rPr>
          <w:sz w:val="24"/>
          <w:szCs w:val="24"/>
          <w:lang w:val="ru-RU"/>
        </w:rPr>
        <w:t>уразити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мішені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від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більшої</w:t>
      </w:r>
      <w:proofErr w:type="spellEnd"/>
      <w:r w:rsidR="004E219D" w:rsidRPr="00A93763">
        <w:rPr>
          <w:sz w:val="24"/>
          <w:szCs w:val="24"/>
          <w:lang w:val="ru-RU"/>
        </w:rPr>
        <w:t xml:space="preserve"> до </w:t>
      </w:r>
      <w:proofErr w:type="spellStart"/>
      <w:r w:rsidR="004E219D" w:rsidRPr="00A93763">
        <w:rPr>
          <w:sz w:val="24"/>
          <w:szCs w:val="24"/>
          <w:lang w:val="ru-RU"/>
        </w:rPr>
        <w:t>меншої</w:t>
      </w:r>
      <w:proofErr w:type="spellEnd"/>
      <w:r w:rsidR="004E219D" w:rsidRPr="00A93763">
        <w:rPr>
          <w:sz w:val="24"/>
          <w:szCs w:val="24"/>
          <w:lang w:val="ru-RU"/>
        </w:rPr>
        <w:t xml:space="preserve">. В </w:t>
      </w:r>
      <w:proofErr w:type="spellStart"/>
      <w:r w:rsidR="004E219D" w:rsidRPr="00A93763">
        <w:rPr>
          <w:sz w:val="24"/>
          <w:szCs w:val="24"/>
          <w:lang w:val="ru-RU"/>
        </w:rPr>
        <w:t>разі</w:t>
      </w:r>
      <w:proofErr w:type="spellEnd"/>
      <w:r w:rsidR="004E219D" w:rsidRPr="00A93763">
        <w:rPr>
          <w:sz w:val="24"/>
          <w:szCs w:val="24"/>
          <w:lang w:val="ru-RU"/>
        </w:rPr>
        <w:t xml:space="preserve"> промаху – </w:t>
      </w:r>
      <w:proofErr w:type="spellStart"/>
      <w:r w:rsidR="004E219D" w:rsidRPr="00A93763">
        <w:rPr>
          <w:sz w:val="24"/>
          <w:szCs w:val="24"/>
          <w:lang w:val="ru-RU"/>
        </w:rPr>
        <w:t>всі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попередні</w:t>
      </w:r>
      <w:proofErr w:type="spellEnd"/>
      <w:r w:rsidR="004E219D" w:rsidRPr="00A93763">
        <w:rPr>
          <w:sz w:val="24"/>
          <w:szCs w:val="24"/>
          <w:lang w:val="ru-RU"/>
        </w:rPr>
        <w:t xml:space="preserve"> очки за </w:t>
      </w:r>
      <w:proofErr w:type="spellStart"/>
      <w:r w:rsidR="004E219D" w:rsidRPr="00A93763">
        <w:rPr>
          <w:sz w:val="24"/>
          <w:szCs w:val="24"/>
          <w:lang w:val="ru-RU"/>
        </w:rPr>
        <w:t>влучання</w:t>
      </w:r>
      <w:proofErr w:type="spellEnd"/>
      <w:r w:rsidR="004E219D" w:rsidRPr="00A93763">
        <w:rPr>
          <w:sz w:val="24"/>
          <w:szCs w:val="24"/>
          <w:lang w:val="ru-RU"/>
        </w:rPr>
        <w:t xml:space="preserve"> на </w:t>
      </w:r>
      <w:proofErr w:type="spellStart"/>
      <w:r w:rsidR="004E219D" w:rsidRPr="00A93763">
        <w:rPr>
          <w:sz w:val="24"/>
          <w:szCs w:val="24"/>
          <w:lang w:val="ru-RU"/>
        </w:rPr>
        <w:t>даній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вправі</w:t>
      </w:r>
      <w:proofErr w:type="spellEnd"/>
      <w:r w:rsidR="004E219D" w:rsidRPr="00A93763">
        <w:rPr>
          <w:sz w:val="24"/>
          <w:szCs w:val="24"/>
          <w:lang w:val="ru-RU"/>
        </w:rPr>
        <w:t xml:space="preserve"> – </w:t>
      </w:r>
      <w:proofErr w:type="spellStart"/>
      <w:r w:rsidR="004E219D" w:rsidRPr="00A93763">
        <w:rPr>
          <w:sz w:val="24"/>
          <w:szCs w:val="24"/>
          <w:lang w:val="ru-RU"/>
        </w:rPr>
        <w:t>анулюються</w:t>
      </w:r>
      <w:proofErr w:type="spellEnd"/>
      <w:r w:rsidR="004E219D" w:rsidRPr="00A93763">
        <w:rPr>
          <w:sz w:val="24"/>
          <w:szCs w:val="24"/>
          <w:lang w:val="ru-RU"/>
        </w:rPr>
        <w:t xml:space="preserve">. В </w:t>
      </w:r>
      <w:proofErr w:type="spellStart"/>
      <w:r w:rsidR="004E219D" w:rsidRPr="00A93763">
        <w:rPr>
          <w:sz w:val="24"/>
          <w:szCs w:val="24"/>
          <w:lang w:val="ru-RU"/>
        </w:rPr>
        <w:t>разі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зупинки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gramStart"/>
      <w:r w:rsidR="004E219D" w:rsidRPr="00A93763">
        <w:rPr>
          <w:sz w:val="24"/>
          <w:szCs w:val="24"/>
          <w:lang w:val="ru-RU"/>
        </w:rPr>
        <w:t>в будь</w:t>
      </w:r>
      <w:proofErr w:type="gramEnd"/>
      <w:r w:rsidR="004E219D" w:rsidRPr="00A93763">
        <w:rPr>
          <w:sz w:val="24"/>
          <w:szCs w:val="24"/>
          <w:lang w:val="ru-RU"/>
        </w:rPr>
        <w:t>-</w:t>
      </w:r>
      <w:proofErr w:type="spellStart"/>
      <w:r w:rsidR="004E219D" w:rsidRPr="00A93763">
        <w:rPr>
          <w:sz w:val="24"/>
          <w:szCs w:val="24"/>
          <w:lang w:val="ru-RU"/>
        </w:rPr>
        <w:t>який</w:t>
      </w:r>
      <w:proofErr w:type="spellEnd"/>
      <w:r w:rsidR="004E219D" w:rsidRPr="00A93763">
        <w:rPr>
          <w:sz w:val="24"/>
          <w:szCs w:val="24"/>
          <w:lang w:val="ru-RU"/>
        </w:rPr>
        <w:t xml:space="preserve"> момент в </w:t>
      </w:r>
      <w:proofErr w:type="spellStart"/>
      <w:r w:rsidR="004E219D" w:rsidRPr="00A93763">
        <w:rPr>
          <w:sz w:val="24"/>
          <w:szCs w:val="24"/>
          <w:lang w:val="ru-RU"/>
        </w:rPr>
        <w:t>залік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йдуть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попередньо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уражені</w:t>
      </w:r>
      <w:proofErr w:type="spellEnd"/>
      <w:r w:rsidR="004E219D" w:rsidRPr="00A93763">
        <w:rPr>
          <w:sz w:val="24"/>
          <w:szCs w:val="24"/>
          <w:lang w:val="ru-RU"/>
        </w:rPr>
        <w:t xml:space="preserve"> </w:t>
      </w:r>
      <w:proofErr w:type="spellStart"/>
      <w:r w:rsidR="004E219D" w:rsidRPr="00A93763">
        <w:rPr>
          <w:sz w:val="24"/>
          <w:szCs w:val="24"/>
          <w:lang w:val="ru-RU"/>
        </w:rPr>
        <w:t>мішені</w:t>
      </w:r>
      <w:proofErr w:type="spellEnd"/>
      <w:r w:rsidR="004E219D" w:rsidRPr="00A93763">
        <w:rPr>
          <w:sz w:val="24"/>
          <w:szCs w:val="24"/>
          <w:lang w:val="ru-RU"/>
        </w:rPr>
        <w:t xml:space="preserve">. Не </w:t>
      </w:r>
      <w:proofErr w:type="spellStart"/>
      <w:r w:rsidR="004E219D" w:rsidRPr="00A93763">
        <w:rPr>
          <w:sz w:val="24"/>
          <w:szCs w:val="24"/>
          <w:lang w:val="ru-RU"/>
        </w:rPr>
        <w:t>уражені</w:t>
      </w:r>
      <w:proofErr w:type="spellEnd"/>
      <w:r w:rsidR="004E219D" w:rsidRPr="00A93763">
        <w:rPr>
          <w:sz w:val="24"/>
          <w:szCs w:val="24"/>
          <w:lang w:val="ru-RU"/>
        </w:rPr>
        <w:t xml:space="preserve"> не </w:t>
      </w:r>
      <w:proofErr w:type="spellStart"/>
      <w:r w:rsidR="004E219D" w:rsidRPr="00A93763">
        <w:rPr>
          <w:sz w:val="24"/>
          <w:szCs w:val="24"/>
          <w:lang w:val="ru-RU"/>
        </w:rPr>
        <w:t>рахуються</w:t>
      </w:r>
      <w:proofErr w:type="spellEnd"/>
      <w:r w:rsidR="004E219D" w:rsidRPr="00A93763">
        <w:rPr>
          <w:sz w:val="24"/>
          <w:szCs w:val="24"/>
          <w:lang w:val="ru-RU"/>
        </w:rPr>
        <w:t xml:space="preserve">. </w:t>
      </w:r>
      <w:r w:rsidR="004E219D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4E219D" w:rsidRPr="00A93763">
        <w:rPr>
          <w:sz w:val="24"/>
          <w:szCs w:val="24"/>
          <w:lang w:val="ru-RU"/>
        </w:rPr>
        <w:t>обмежено</w:t>
      </w:r>
      <w:proofErr w:type="spellEnd"/>
      <w:r w:rsidR="004E219D" w:rsidRPr="00A93763">
        <w:rPr>
          <w:sz w:val="24"/>
          <w:szCs w:val="24"/>
          <w:lang w:val="ru-RU"/>
        </w:rPr>
        <w:t>.</w:t>
      </w:r>
    </w:p>
    <w:p w14:paraId="33F77D0A" w14:textId="77777777" w:rsidR="004E219D" w:rsidRPr="00A93763" w:rsidRDefault="004E219D" w:rsidP="009361C7">
      <w:pPr>
        <w:rPr>
          <w:sz w:val="24"/>
          <w:szCs w:val="24"/>
          <w:lang w:val="ru-RU"/>
        </w:rPr>
      </w:pPr>
    </w:p>
    <w:p w14:paraId="3884BEE0" w14:textId="77777777" w:rsidR="004E219D" w:rsidRPr="00A93763" w:rsidRDefault="004E219D" w:rsidP="009361C7">
      <w:pPr>
        <w:rPr>
          <w:sz w:val="24"/>
          <w:szCs w:val="24"/>
          <w:lang w:val="ru-RU"/>
        </w:rPr>
      </w:pPr>
    </w:p>
    <w:p w14:paraId="579B73D6" w14:textId="77777777" w:rsidR="004E219D" w:rsidRPr="00A93763" w:rsidRDefault="004E219D" w:rsidP="009361C7">
      <w:pPr>
        <w:rPr>
          <w:sz w:val="24"/>
          <w:szCs w:val="24"/>
          <w:lang w:val="ru-RU"/>
        </w:rPr>
      </w:pPr>
    </w:p>
    <w:p w14:paraId="01B7B821" w14:textId="77777777" w:rsidR="004E219D" w:rsidRPr="00A93763" w:rsidRDefault="004E219D" w:rsidP="009361C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3763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Галерея «ОКОПИ»</w:t>
      </w:r>
    </w:p>
    <w:p w14:paraId="001F863C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№7: </w:t>
      </w:r>
      <w:r w:rsidR="004E219D" w:rsidRPr="00A93763">
        <w:rPr>
          <w:color w:val="auto"/>
          <w:sz w:val="24"/>
          <w:szCs w:val="24"/>
          <w:lang w:val="ru-RU"/>
        </w:rPr>
        <w:t>авто.</w:t>
      </w:r>
    </w:p>
    <w:p w14:paraId="546D60C6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 xml:space="preserve">: 10, Очки: 10, Макс. </w:t>
      </w:r>
      <w:r w:rsidR="00735651" w:rsidRPr="00A93763">
        <w:rPr>
          <w:sz w:val="24"/>
          <w:szCs w:val="24"/>
          <w:lang w:val="ru-RU"/>
        </w:rPr>
        <w:t>9</w:t>
      </w:r>
      <w:r w:rsidRPr="00A93763">
        <w:rPr>
          <w:sz w:val="24"/>
          <w:szCs w:val="24"/>
          <w:lang w:val="ru-RU"/>
        </w:rPr>
        <w:t>0.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gramStart"/>
      <w:r w:rsidR="00735651" w:rsidRPr="00A93763">
        <w:rPr>
          <w:sz w:val="24"/>
          <w:szCs w:val="24"/>
          <w:lang w:val="ru-RU"/>
        </w:rPr>
        <w:t>50-75</w:t>
      </w:r>
      <w:proofErr w:type="gramEnd"/>
      <w:r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метрів</w:t>
      </w:r>
      <w:proofErr w:type="spellEnd"/>
      <w:r w:rsidR="00735651" w:rsidRPr="00A93763">
        <w:rPr>
          <w:sz w:val="24"/>
          <w:szCs w:val="24"/>
          <w:lang w:val="ru-RU"/>
        </w:rPr>
        <w:t xml:space="preserve">. </w:t>
      </w:r>
      <w:proofErr w:type="spellStart"/>
      <w:r w:rsidR="00735651" w:rsidRPr="00A93763">
        <w:rPr>
          <w:sz w:val="24"/>
          <w:szCs w:val="24"/>
          <w:lang w:val="ru-RU"/>
        </w:rPr>
        <w:t>Мішені</w:t>
      </w:r>
      <w:proofErr w:type="spellEnd"/>
      <w:r w:rsidR="00735651" w:rsidRPr="00A93763">
        <w:rPr>
          <w:sz w:val="24"/>
          <w:szCs w:val="24"/>
          <w:lang w:val="ru-RU"/>
        </w:rPr>
        <w:t xml:space="preserve"> 25-35-45 мм.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Pr="00A93763">
        <w:rPr>
          <w:sz w:val="24"/>
          <w:szCs w:val="24"/>
          <w:lang w:val="ru-RU"/>
        </w:rPr>
        <w:t>мішки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735651" w:rsidRPr="00A93763">
        <w:rPr>
          <w:sz w:val="24"/>
          <w:szCs w:val="24"/>
          <w:lang w:val="ru-RU"/>
        </w:rPr>
        <w:t>3</w:t>
      </w:r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постріли</w:t>
      </w:r>
      <w:proofErr w:type="spellEnd"/>
      <w:r w:rsidRPr="00A93763">
        <w:rPr>
          <w:sz w:val="24"/>
          <w:szCs w:val="24"/>
          <w:lang w:val="ru-RU"/>
        </w:rPr>
        <w:t xml:space="preserve"> з </w:t>
      </w:r>
      <w:proofErr w:type="spellStart"/>
      <w:r w:rsidRPr="00A93763">
        <w:rPr>
          <w:sz w:val="24"/>
          <w:szCs w:val="24"/>
          <w:lang w:val="ru-RU"/>
        </w:rPr>
        <w:t>кожної</w:t>
      </w:r>
      <w:proofErr w:type="spellEnd"/>
      <w:r w:rsidRPr="00A93763">
        <w:rPr>
          <w:sz w:val="24"/>
          <w:szCs w:val="24"/>
          <w:lang w:val="ru-RU"/>
        </w:rPr>
        <w:t xml:space="preserve"> з </w:t>
      </w:r>
      <w:r w:rsidR="00735651" w:rsidRPr="00A93763">
        <w:rPr>
          <w:sz w:val="24"/>
          <w:szCs w:val="24"/>
          <w:lang w:val="ru-RU"/>
        </w:rPr>
        <w:t>3</w:t>
      </w:r>
      <w:r w:rsidRPr="00A93763">
        <w:rPr>
          <w:sz w:val="24"/>
          <w:szCs w:val="24"/>
          <w:lang w:val="ru-RU"/>
        </w:rPr>
        <w:t xml:space="preserve"> </w:t>
      </w:r>
      <w:proofErr w:type="spellStart"/>
      <w:r w:rsidRPr="00A93763">
        <w:rPr>
          <w:sz w:val="24"/>
          <w:szCs w:val="24"/>
          <w:lang w:val="ru-RU"/>
        </w:rPr>
        <w:t>позицій</w:t>
      </w:r>
      <w:proofErr w:type="spellEnd"/>
      <w:r w:rsidRPr="00A93763">
        <w:rPr>
          <w:sz w:val="24"/>
          <w:szCs w:val="24"/>
          <w:lang w:val="ru-RU"/>
        </w:rPr>
        <w:t xml:space="preserve"> на </w:t>
      </w:r>
      <w:proofErr w:type="spellStart"/>
      <w:r w:rsidRPr="00A93763">
        <w:rPr>
          <w:sz w:val="24"/>
          <w:szCs w:val="24"/>
          <w:lang w:val="ru-RU"/>
        </w:rPr>
        <w:t>барикаді</w:t>
      </w:r>
      <w:proofErr w:type="spellEnd"/>
      <w:r w:rsidR="00735651" w:rsidRPr="00A93763">
        <w:rPr>
          <w:sz w:val="24"/>
          <w:szCs w:val="24"/>
          <w:lang w:val="ru-RU"/>
        </w:rPr>
        <w:t xml:space="preserve">, в </w:t>
      </w:r>
      <w:proofErr w:type="spellStart"/>
      <w:r w:rsidR="00735651" w:rsidRPr="00A93763">
        <w:rPr>
          <w:sz w:val="24"/>
          <w:szCs w:val="24"/>
          <w:lang w:val="ru-RU"/>
        </w:rPr>
        <w:t>якості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якої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будть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використані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автомобілі</w:t>
      </w:r>
      <w:proofErr w:type="spellEnd"/>
      <w:r w:rsidR="00735651" w:rsidRPr="00A93763">
        <w:rPr>
          <w:sz w:val="24"/>
          <w:szCs w:val="24"/>
          <w:lang w:val="ru-RU"/>
        </w:rPr>
        <w:t xml:space="preserve"> (</w:t>
      </w:r>
      <w:proofErr w:type="spellStart"/>
      <w:r w:rsidR="00735651" w:rsidRPr="00A93763">
        <w:rPr>
          <w:sz w:val="24"/>
          <w:szCs w:val="24"/>
          <w:lang w:val="ru-RU"/>
        </w:rPr>
        <w:t>попередньо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продемонстровані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суддею</w:t>
      </w:r>
      <w:proofErr w:type="spellEnd"/>
      <w:r w:rsidR="00735651" w:rsidRPr="00A93763">
        <w:rPr>
          <w:sz w:val="24"/>
          <w:szCs w:val="24"/>
          <w:lang w:val="ru-RU"/>
        </w:rPr>
        <w:t>)</w:t>
      </w:r>
      <w:r w:rsidR="00735651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735651" w:rsidRPr="00A93763">
        <w:rPr>
          <w:sz w:val="24"/>
          <w:szCs w:val="24"/>
          <w:lang w:val="ru-RU"/>
        </w:rPr>
        <w:t>обмежено</w:t>
      </w:r>
      <w:proofErr w:type="spellEnd"/>
    </w:p>
    <w:p w14:paraId="03266684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№8: </w:t>
      </w:r>
      <w:proofErr w:type="spellStart"/>
      <w:r w:rsidR="00735651" w:rsidRPr="00A93763">
        <w:rPr>
          <w:color w:val="auto"/>
          <w:sz w:val="24"/>
          <w:szCs w:val="24"/>
          <w:lang w:val="ru-RU"/>
        </w:rPr>
        <w:t>будинок</w:t>
      </w:r>
      <w:proofErr w:type="spellEnd"/>
    </w:p>
    <w:p w14:paraId="73379052" w14:textId="32297BD2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735651" w:rsidRPr="00A93763">
        <w:rPr>
          <w:sz w:val="24"/>
          <w:szCs w:val="24"/>
          <w:lang w:val="ru-RU"/>
        </w:rPr>
        <w:t>5</w:t>
      </w:r>
      <w:r w:rsidRPr="00A93763">
        <w:rPr>
          <w:sz w:val="24"/>
          <w:szCs w:val="24"/>
          <w:lang w:val="ru-RU"/>
        </w:rPr>
        <w:t xml:space="preserve">, Очки: 10, Макс. </w:t>
      </w:r>
      <w:r w:rsidR="00735651" w:rsidRPr="00A93763">
        <w:rPr>
          <w:sz w:val="24"/>
          <w:szCs w:val="24"/>
          <w:lang w:val="ru-RU"/>
        </w:rPr>
        <w:t>50</w:t>
      </w:r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r w:rsidR="00735651" w:rsidRPr="00A93763">
        <w:rPr>
          <w:sz w:val="24"/>
          <w:szCs w:val="24"/>
          <w:lang w:val="ru-RU"/>
        </w:rPr>
        <w:t>50</w:t>
      </w:r>
      <w:r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метрів</w:t>
      </w:r>
      <w:proofErr w:type="spellEnd"/>
      <w:r w:rsidR="00735651" w:rsidRPr="00A93763">
        <w:rPr>
          <w:sz w:val="24"/>
          <w:szCs w:val="24"/>
          <w:lang w:val="ru-RU"/>
        </w:rPr>
        <w:t xml:space="preserve">. </w:t>
      </w:r>
      <w:proofErr w:type="spellStart"/>
      <w:r w:rsidR="00735651" w:rsidRPr="00A93763">
        <w:rPr>
          <w:sz w:val="24"/>
          <w:szCs w:val="24"/>
          <w:lang w:val="ru-RU"/>
        </w:rPr>
        <w:t>Мішені</w:t>
      </w:r>
      <w:proofErr w:type="spellEnd"/>
      <w:r w:rsidR="00735651" w:rsidRPr="00A93763">
        <w:rPr>
          <w:sz w:val="24"/>
          <w:szCs w:val="24"/>
          <w:lang w:val="ru-RU"/>
        </w:rPr>
        <w:t xml:space="preserve"> – 35 мм.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="00735651" w:rsidRPr="00A93763">
        <w:rPr>
          <w:sz w:val="24"/>
          <w:szCs w:val="24"/>
          <w:lang w:val="ru-RU"/>
        </w:rPr>
        <w:t>мішок</w:t>
      </w:r>
      <w:proofErr w:type="spellEnd"/>
      <w:r w:rsidRPr="00A93763">
        <w:rPr>
          <w:sz w:val="24"/>
          <w:szCs w:val="24"/>
          <w:lang w:val="ru-RU"/>
        </w:rPr>
        <w:t>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>:</w:t>
      </w:r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Уразити</w:t>
      </w:r>
      <w:proofErr w:type="spellEnd"/>
      <w:r w:rsidR="00735651" w:rsidRPr="00A93763">
        <w:rPr>
          <w:sz w:val="24"/>
          <w:szCs w:val="24"/>
          <w:lang w:val="ru-RU"/>
        </w:rPr>
        <w:t xml:space="preserve"> з </w:t>
      </w:r>
      <w:proofErr w:type="spellStart"/>
      <w:r w:rsidR="00735651" w:rsidRPr="00A93763">
        <w:rPr>
          <w:sz w:val="24"/>
          <w:szCs w:val="24"/>
          <w:lang w:val="ru-RU"/>
        </w:rPr>
        <w:t>кожної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позиції</w:t>
      </w:r>
      <w:proofErr w:type="spellEnd"/>
      <w:r w:rsidR="00735651" w:rsidRPr="00A93763">
        <w:rPr>
          <w:sz w:val="24"/>
          <w:szCs w:val="24"/>
          <w:lang w:val="ru-RU"/>
        </w:rPr>
        <w:t xml:space="preserve"> (</w:t>
      </w:r>
      <w:proofErr w:type="spellStart"/>
      <w:r w:rsidR="00735651" w:rsidRPr="00A93763">
        <w:rPr>
          <w:sz w:val="24"/>
          <w:szCs w:val="24"/>
          <w:lang w:val="ru-RU"/>
        </w:rPr>
        <w:t>попередньо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продемонстровано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суддею</w:t>
      </w:r>
      <w:proofErr w:type="spellEnd"/>
      <w:r w:rsidR="00735651" w:rsidRPr="00A93763">
        <w:rPr>
          <w:sz w:val="24"/>
          <w:szCs w:val="24"/>
          <w:lang w:val="ru-RU"/>
        </w:rPr>
        <w:t xml:space="preserve">) </w:t>
      </w:r>
      <w:proofErr w:type="spellStart"/>
      <w:r w:rsidR="00735651" w:rsidRPr="00A93763">
        <w:rPr>
          <w:sz w:val="24"/>
          <w:szCs w:val="24"/>
          <w:lang w:val="ru-RU"/>
        </w:rPr>
        <w:t>мішень</w:t>
      </w:r>
      <w:proofErr w:type="spellEnd"/>
      <w:r w:rsidR="00735651" w:rsidRPr="00A93763">
        <w:rPr>
          <w:sz w:val="24"/>
          <w:szCs w:val="24"/>
          <w:lang w:val="ru-RU"/>
        </w:rPr>
        <w:t xml:space="preserve"> 1 раз.</w:t>
      </w:r>
      <w:r w:rsidR="00A93763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A93763" w:rsidRPr="00A93763">
        <w:rPr>
          <w:sz w:val="24"/>
          <w:szCs w:val="24"/>
          <w:lang w:val="ru-RU"/>
        </w:rPr>
        <w:t>обмежено</w:t>
      </w:r>
      <w:proofErr w:type="spellEnd"/>
    </w:p>
    <w:p w14:paraId="35A886BD" w14:textId="77777777" w:rsidR="009361C7" w:rsidRPr="00A93763" w:rsidRDefault="009361C7" w:rsidP="009361C7">
      <w:pPr>
        <w:pStyle w:val="21"/>
        <w:jc w:val="center"/>
        <w:rPr>
          <w:color w:val="auto"/>
          <w:sz w:val="24"/>
          <w:szCs w:val="24"/>
          <w:lang w:val="ru-RU"/>
        </w:rPr>
      </w:pPr>
      <w:proofErr w:type="spellStart"/>
      <w:r w:rsidRPr="00A93763">
        <w:rPr>
          <w:color w:val="auto"/>
          <w:sz w:val="24"/>
          <w:szCs w:val="24"/>
          <w:lang w:val="ru-RU"/>
        </w:rPr>
        <w:lastRenderedPageBreak/>
        <w:t>Вправа</w:t>
      </w:r>
      <w:proofErr w:type="spellEnd"/>
      <w:r w:rsidRPr="00A93763">
        <w:rPr>
          <w:color w:val="auto"/>
          <w:sz w:val="24"/>
          <w:szCs w:val="24"/>
          <w:lang w:val="ru-RU"/>
        </w:rPr>
        <w:t xml:space="preserve"> №9: </w:t>
      </w:r>
      <w:r w:rsidR="00735651" w:rsidRPr="00A93763">
        <w:rPr>
          <w:color w:val="auto"/>
          <w:sz w:val="24"/>
          <w:szCs w:val="24"/>
          <w:lang w:val="ru-RU"/>
        </w:rPr>
        <w:t>ОКОП</w:t>
      </w:r>
    </w:p>
    <w:p w14:paraId="1D45CF43" w14:textId="77777777" w:rsidR="009361C7" w:rsidRPr="00A93763" w:rsidRDefault="009361C7" w:rsidP="009361C7">
      <w:pPr>
        <w:rPr>
          <w:sz w:val="24"/>
          <w:szCs w:val="24"/>
          <w:lang w:val="ru-RU"/>
        </w:rPr>
      </w:pPr>
      <w:r w:rsidRPr="00A93763">
        <w:rPr>
          <w:sz w:val="24"/>
          <w:szCs w:val="24"/>
          <w:lang w:val="ru-RU"/>
        </w:rPr>
        <w:t xml:space="preserve">Макс. </w:t>
      </w:r>
      <w:proofErr w:type="spellStart"/>
      <w:r w:rsidRPr="00A93763">
        <w:rPr>
          <w:sz w:val="24"/>
          <w:szCs w:val="24"/>
          <w:lang w:val="ru-RU"/>
        </w:rPr>
        <w:t>пострілів</w:t>
      </w:r>
      <w:proofErr w:type="spellEnd"/>
      <w:r w:rsidRPr="00A93763">
        <w:rPr>
          <w:sz w:val="24"/>
          <w:szCs w:val="24"/>
          <w:lang w:val="ru-RU"/>
        </w:rPr>
        <w:t>: 10, Очки: 10, Макс. 100.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Дистанція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gramStart"/>
      <w:r w:rsidR="00735651" w:rsidRPr="00A93763">
        <w:rPr>
          <w:sz w:val="24"/>
          <w:szCs w:val="24"/>
          <w:lang w:val="ru-RU"/>
        </w:rPr>
        <w:t>25-50</w:t>
      </w:r>
      <w:proofErr w:type="gramEnd"/>
      <w:r w:rsidR="00735651" w:rsidRPr="00A93763">
        <w:rPr>
          <w:sz w:val="24"/>
          <w:szCs w:val="24"/>
          <w:lang w:val="ru-RU"/>
        </w:rPr>
        <w:t xml:space="preserve">-75м </w:t>
      </w:r>
      <w:proofErr w:type="spellStart"/>
      <w:r w:rsidR="00735651" w:rsidRPr="00A93763">
        <w:rPr>
          <w:sz w:val="24"/>
          <w:szCs w:val="24"/>
          <w:lang w:val="ru-RU"/>
        </w:rPr>
        <w:t>метрів</w:t>
      </w:r>
      <w:proofErr w:type="spellEnd"/>
      <w:r w:rsidRPr="00A93763">
        <w:rPr>
          <w:sz w:val="24"/>
          <w:szCs w:val="24"/>
          <w:lang w:val="ru-RU"/>
        </w:rPr>
        <w:t>.</w:t>
      </w:r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Мішені</w:t>
      </w:r>
      <w:proofErr w:type="spellEnd"/>
      <w:r w:rsidR="00735651" w:rsidRPr="00A93763">
        <w:rPr>
          <w:sz w:val="24"/>
          <w:szCs w:val="24"/>
          <w:lang w:val="ru-RU"/>
        </w:rPr>
        <w:t xml:space="preserve"> – 20 та 35 мм, 50 мм на 75 м.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Обладнання</w:t>
      </w:r>
      <w:proofErr w:type="spellEnd"/>
      <w:r w:rsidRPr="00A93763">
        <w:rPr>
          <w:sz w:val="24"/>
          <w:szCs w:val="24"/>
          <w:lang w:val="ru-RU"/>
        </w:rPr>
        <w:t xml:space="preserve">: </w:t>
      </w:r>
      <w:proofErr w:type="spellStart"/>
      <w:r w:rsidR="00735651" w:rsidRPr="00A93763">
        <w:rPr>
          <w:sz w:val="24"/>
          <w:szCs w:val="24"/>
          <w:lang w:val="ru-RU"/>
        </w:rPr>
        <w:t>мішок</w:t>
      </w:r>
      <w:proofErr w:type="spellEnd"/>
      <w:r w:rsidR="00735651" w:rsidRPr="00A93763">
        <w:rPr>
          <w:sz w:val="24"/>
          <w:szCs w:val="24"/>
          <w:lang w:val="ru-RU"/>
        </w:rPr>
        <w:t xml:space="preserve">. </w:t>
      </w:r>
      <w:proofErr w:type="spellStart"/>
      <w:r w:rsidR="00735651" w:rsidRPr="00A93763">
        <w:rPr>
          <w:sz w:val="24"/>
          <w:szCs w:val="24"/>
          <w:lang w:val="ru-RU"/>
        </w:rPr>
        <w:t>Кількість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позицій</w:t>
      </w:r>
      <w:proofErr w:type="spellEnd"/>
      <w:r w:rsidR="00735651" w:rsidRPr="00A93763">
        <w:rPr>
          <w:sz w:val="24"/>
          <w:szCs w:val="24"/>
          <w:lang w:val="ru-RU"/>
        </w:rPr>
        <w:t xml:space="preserve"> – 3.</w:t>
      </w:r>
      <w:r w:rsidRPr="00A93763">
        <w:rPr>
          <w:sz w:val="24"/>
          <w:szCs w:val="24"/>
          <w:lang w:val="ru-RU"/>
        </w:rPr>
        <w:br/>
      </w:r>
      <w:proofErr w:type="spellStart"/>
      <w:r w:rsidRPr="00A93763">
        <w:rPr>
          <w:sz w:val="24"/>
          <w:szCs w:val="24"/>
          <w:lang w:val="ru-RU"/>
        </w:rPr>
        <w:t>Опис</w:t>
      </w:r>
      <w:proofErr w:type="spellEnd"/>
      <w:r w:rsidRPr="00A93763">
        <w:rPr>
          <w:sz w:val="24"/>
          <w:szCs w:val="24"/>
          <w:lang w:val="ru-RU"/>
        </w:rPr>
        <w:t xml:space="preserve">: з </w:t>
      </w:r>
      <w:proofErr w:type="spellStart"/>
      <w:r w:rsidR="00735651" w:rsidRPr="00A93763">
        <w:rPr>
          <w:sz w:val="24"/>
          <w:szCs w:val="24"/>
          <w:lang w:val="ru-RU"/>
        </w:rPr>
        <w:t>кожної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позиції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уразити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мішені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gramStart"/>
      <w:r w:rsidR="00735651" w:rsidRPr="00A93763">
        <w:rPr>
          <w:sz w:val="24"/>
          <w:szCs w:val="24"/>
          <w:lang w:val="ru-RU"/>
        </w:rPr>
        <w:t>в порядку</w:t>
      </w:r>
      <w:proofErr w:type="gramEnd"/>
      <w:r w:rsidR="00735651" w:rsidRPr="00A93763">
        <w:rPr>
          <w:sz w:val="24"/>
          <w:szCs w:val="24"/>
          <w:lang w:val="ru-RU"/>
        </w:rPr>
        <w:t xml:space="preserve"> 50м-25м-50м. З </w:t>
      </w:r>
      <w:proofErr w:type="spellStart"/>
      <w:r w:rsidR="00735651" w:rsidRPr="00A93763">
        <w:rPr>
          <w:sz w:val="24"/>
          <w:szCs w:val="24"/>
          <w:lang w:val="ru-RU"/>
        </w:rPr>
        <w:t>крайньої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позиції</w:t>
      </w:r>
      <w:proofErr w:type="spellEnd"/>
      <w:r w:rsidR="00735651" w:rsidRPr="00A93763">
        <w:rPr>
          <w:sz w:val="24"/>
          <w:szCs w:val="24"/>
          <w:lang w:val="ru-RU"/>
        </w:rPr>
        <w:t xml:space="preserve"> – 25м-50м-25м-75м</w:t>
      </w:r>
      <w:r w:rsidR="00735651" w:rsidRPr="00A93763">
        <w:rPr>
          <w:sz w:val="24"/>
          <w:szCs w:val="24"/>
          <w:lang w:val="ru-RU"/>
        </w:rPr>
        <w:br/>
        <w:t xml:space="preserve">Час </w:t>
      </w:r>
      <w:proofErr w:type="spellStart"/>
      <w:r w:rsidR="00735651" w:rsidRPr="00A93763">
        <w:rPr>
          <w:sz w:val="24"/>
          <w:szCs w:val="24"/>
          <w:lang w:val="ru-RU"/>
        </w:rPr>
        <w:t>обмежено</w:t>
      </w:r>
      <w:proofErr w:type="spellEnd"/>
      <w:r w:rsidR="00735651" w:rsidRPr="00A93763">
        <w:rPr>
          <w:sz w:val="24"/>
          <w:szCs w:val="24"/>
          <w:lang w:val="ru-RU"/>
        </w:rPr>
        <w:t>.</w:t>
      </w:r>
      <w:r w:rsidR="00735651" w:rsidRPr="00A93763">
        <w:rPr>
          <w:sz w:val="24"/>
          <w:szCs w:val="24"/>
          <w:lang w:val="ru-RU"/>
        </w:rPr>
        <w:br/>
      </w:r>
      <w:proofErr w:type="spellStart"/>
      <w:r w:rsidR="00735651" w:rsidRPr="00A93763">
        <w:rPr>
          <w:sz w:val="24"/>
          <w:szCs w:val="24"/>
          <w:lang w:val="ru-RU"/>
        </w:rPr>
        <w:t>Увага</w:t>
      </w:r>
      <w:proofErr w:type="spellEnd"/>
      <w:r w:rsidR="00735651" w:rsidRPr="00A93763">
        <w:rPr>
          <w:sz w:val="24"/>
          <w:szCs w:val="24"/>
          <w:lang w:val="ru-RU"/>
        </w:rPr>
        <w:t xml:space="preserve">! На </w:t>
      </w:r>
      <w:proofErr w:type="spellStart"/>
      <w:r w:rsidR="00735651" w:rsidRPr="00A93763">
        <w:rPr>
          <w:sz w:val="24"/>
          <w:szCs w:val="24"/>
          <w:lang w:val="ru-RU"/>
        </w:rPr>
        <w:t>даній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вправі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вказані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приблизні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відстані</w:t>
      </w:r>
      <w:proofErr w:type="spellEnd"/>
      <w:r w:rsidR="00735651" w:rsidRPr="00A93763">
        <w:rPr>
          <w:sz w:val="24"/>
          <w:szCs w:val="24"/>
          <w:lang w:val="ru-RU"/>
        </w:rPr>
        <w:t xml:space="preserve">, так як </w:t>
      </w:r>
      <w:proofErr w:type="spellStart"/>
      <w:r w:rsidR="00735651" w:rsidRPr="00A93763">
        <w:rPr>
          <w:sz w:val="24"/>
          <w:szCs w:val="24"/>
          <w:lang w:val="ru-RU"/>
        </w:rPr>
        <w:t>стрілець</w:t>
      </w:r>
      <w:proofErr w:type="spellEnd"/>
      <w:r w:rsidR="00735651" w:rsidRPr="00A93763">
        <w:rPr>
          <w:sz w:val="24"/>
          <w:szCs w:val="24"/>
          <w:lang w:val="ru-RU"/>
        </w:rPr>
        <w:t xml:space="preserve"> буде </w:t>
      </w:r>
      <w:proofErr w:type="spellStart"/>
      <w:r w:rsidR="00735651" w:rsidRPr="00A93763">
        <w:rPr>
          <w:sz w:val="24"/>
          <w:szCs w:val="24"/>
          <w:lang w:val="ru-RU"/>
        </w:rPr>
        <w:t>рухатись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вздовж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барикад</w:t>
      </w:r>
      <w:proofErr w:type="spellEnd"/>
      <w:r w:rsidR="00735651" w:rsidRPr="00A93763">
        <w:rPr>
          <w:sz w:val="24"/>
          <w:szCs w:val="24"/>
          <w:lang w:val="ru-RU"/>
        </w:rPr>
        <w:t xml:space="preserve"> в </w:t>
      </w:r>
      <w:proofErr w:type="spellStart"/>
      <w:r w:rsidR="00735651" w:rsidRPr="00A93763">
        <w:rPr>
          <w:sz w:val="24"/>
          <w:szCs w:val="24"/>
          <w:lang w:val="ru-RU"/>
        </w:rPr>
        <w:t>напрямку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мішеней</w:t>
      </w:r>
      <w:proofErr w:type="spellEnd"/>
      <w:r w:rsidR="00735651" w:rsidRPr="00A93763">
        <w:rPr>
          <w:sz w:val="24"/>
          <w:szCs w:val="24"/>
          <w:lang w:val="ru-RU"/>
        </w:rPr>
        <w:t xml:space="preserve">, </w:t>
      </w:r>
      <w:proofErr w:type="spellStart"/>
      <w:r w:rsidR="00735651" w:rsidRPr="00A93763">
        <w:rPr>
          <w:sz w:val="24"/>
          <w:szCs w:val="24"/>
          <w:lang w:val="ru-RU"/>
        </w:rPr>
        <w:t>що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призведе</w:t>
      </w:r>
      <w:proofErr w:type="spellEnd"/>
      <w:r w:rsidR="00735651" w:rsidRPr="00A93763">
        <w:rPr>
          <w:sz w:val="24"/>
          <w:szCs w:val="24"/>
          <w:lang w:val="ru-RU"/>
        </w:rPr>
        <w:t xml:space="preserve"> до </w:t>
      </w:r>
      <w:proofErr w:type="spellStart"/>
      <w:r w:rsidR="00735651" w:rsidRPr="00A93763">
        <w:rPr>
          <w:sz w:val="24"/>
          <w:szCs w:val="24"/>
          <w:lang w:val="ru-RU"/>
        </w:rPr>
        <w:t>певної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зміни</w:t>
      </w:r>
      <w:proofErr w:type="spellEnd"/>
      <w:r w:rsidR="00735651" w:rsidRPr="00A93763">
        <w:rPr>
          <w:sz w:val="24"/>
          <w:szCs w:val="24"/>
          <w:lang w:val="ru-RU"/>
        </w:rPr>
        <w:t xml:space="preserve"> </w:t>
      </w:r>
      <w:proofErr w:type="spellStart"/>
      <w:r w:rsidR="00735651" w:rsidRPr="00A93763">
        <w:rPr>
          <w:sz w:val="24"/>
          <w:szCs w:val="24"/>
          <w:lang w:val="ru-RU"/>
        </w:rPr>
        <w:t>відстані</w:t>
      </w:r>
      <w:proofErr w:type="spellEnd"/>
      <w:r w:rsidR="00735651" w:rsidRPr="00A93763">
        <w:rPr>
          <w:sz w:val="24"/>
          <w:szCs w:val="24"/>
          <w:lang w:val="ru-RU"/>
        </w:rPr>
        <w:t>.</w:t>
      </w:r>
    </w:p>
    <w:p w14:paraId="1A2D0593" w14:textId="77777777" w:rsidR="0049758B" w:rsidRPr="00A93763" w:rsidRDefault="0049758B" w:rsidP="009361C7">
      <w:pPr>
        <w:pStyle w:val="1"/>
        <w:rPr>
          <w:color w:val="auto"/>
          <w:sz w:val="24"/>
          <w:szCs w:val="24"/>
          <w:lang w:val="ru-RU"/>
        </w:rPr>
      </w:pPr>
    </w:p>
    <w:sectPr w:rsidR="0049758B" w:rsidRPr="00A93763" w:rsidSect="00735651">
      <w:footerReference w:type="default" r:id="rId8"/>
      <w:pgSz w:w="12240" w:h="15840"/>
      <w:pgMar w:top="1440" w:right="180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D358" w14:textId="77777777" w:rsidR="009D6F8F" w:rsidRDefault="009D6F8F">
      <w:pPr>
        <w:spacing w:after="0" w:line="240" w:lineRule="auto"/>
      </w:pPr>
      <w:r>
        <w:separator/>
      </w:r>
    </w:p>
  </w:endnote>
  <w:endnote w:type="continuationSeparator" w:id="0">
    <w:p w14:paraId="31CA39E2" w14:textId="77777777" w:rsidR="009D6F8F" w:rsidRDefault="009D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426A" w14:textId="77777777" w:rsidR="003E6A35" w:rsidRDefault="009D6F8F">
    <w:pPr>
      <w:jc w:val="center"/>
    </w:pPr>
    <w:r>
      <w:fldChar w:fldCharType="begin"/>
    </w:r>
    <w:r>
      <w:instrText>PAGE</w:instrText>
    </w:r>
    <w:r w:rsidR="00A93763">
      <w:fldChar w:fldCharType="separate"/>
    </w:r>
    <w:r w:rsidR="00A9376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B6BA" w14:textId="77777777" w:rsidR="009D6F8F" w:rsidRDefault="009D6F8F">
      <w:pPr>
        <w:spacing w:after="0" w:line="240" w:lineRule="auto"/>
      </w:pPr>
      <w:r>
        <w:separator/>
      </w:r>
    </w:p>
  </w:footnote>
  <w:footnote w:type="continuationSeparator" w:id="0">
    <w:p w14:paraId="7883697A" w14:textId="77777777" w:rsidR="009D6F8F" w:rsidRDefault="009D6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6EFA"/>
    <w:rsid w:val="0029639D"/>
    <w:rsid w:val="00326F90"/>
    <w:rsid w:val="003E6A35"/>
    <w:rsid w:val="0049758B"/>
    <w:rsid w:val="004E219D"/>
    <w:rsid w:val="00735651"/>
    <w:rsid w:val="009361C7"/>
    <w:rsid w:val="009D6F8F"/>
    <w:rsid w:val="00A93763"/>
    <w:rsid w:val="00AA1D8D"/>
    <w:rsid w:val="00B47730"/>
    <w:rsid w:val="00B818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EF75D"/>
  <w14:defaultImageDpi w14:val="300"/>
  <w15:docId w15:val="{55B18D44-FC39-4009-899D-9EBF5191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2456</Words>
  <Characters>1401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Igor Bondar</cp:lastModifiedBy>
  <cp:revision>2</cp:revision>
  <dcterms:created xsi:type="dcterms:W3CDTF">2025-08-11T22:44:00Z</dcterms:created>
  <dcterms:modified xsi:type="dcterms:W3CDTF">2025-08-11T22:44:00Z</dcterms:modified>
  <cp:category/>
</cp:coreProperties>
</file>